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EAAF8" w14:textId="77777777" w:rsidR="00150A94" w:rsidRDefault="00150A94">
      <w:pPr>
        <w:pStyle w:val="Title"/>
        <w:jc w:val="center"/>
        <w:rPr>
          <w:lang w:val="ru-RU"/>
        </w:rPr>
      </w:pPr>
    </w:p>
    <w:p w14:paraId="766101AA" w14:textId="77777777" w:rsidR="00150A94" w:rsidRDefault="00150A94">
      <w:pPr>
        <w:pStyle w:val="Title"/>
        <w:jc w:val="center"/>
        <w:rPr>
          <w:lang w:val="ru-RU"/>
        </w:rPr>
      </w:pPr>
    </w:p>
    <w:p w14:paraId="3D266DAB" w14:textId="3391AB2F" w:rsidR="009A6D2A" w:rsidRDefault="000733A1" w:rsidP="00B014FF">
      <w:pPr>
        <w:pStyle w:val="Title"/>
        <w:spacing w:after="0"/>
        <w:jc w:val="center"/>
        <w:rPr>
          <w:lang w:val="ru-RU"/>
        </w:rPr>
      </w:pPr>
      <w:r w:rsidRPr="00213727">
        <w:rPr>
          <w:lang w:val="ru-RU"/>
        </w:rPr>
        <w:t>ФОРМА ТЕХНИЧЕСКОГО ПРЕДЛОЖЕНИЯ</w:t>
      </w:r>
    </w:p>
    <w:p w14:paraId="7B61E00C" w14:textId="18FA4ED9" w:rsidR="00150A94" w:rsidRPr="005D4E6F" w:rsidRDefault="000A3C71" w:rsidP="00360601">
      <w:pPr>
        <w:spacing w:after="0"/>
        <w:jc w:val="center"/>
        <w:rPr>
          <w:b/>
          <w:bCs/>
          <w:sz w:val="24"/>
          <w:szCs w:val="24"/>
          <w:lang w:val="ru-RU"/>
        </w:rPr>
      </w:pPr>
      <w:bookmarkStart w:id="0" w:name="LRFQ"/>
      <w:r w:rsidRPr="00B014FF">
        <w:rPr>
          <w:b/>
          <w:bCs/>
          <w:sz w:val="24"/>
          <w:szCs w:val="24"/>
        </w:rPr>
        <w:t>L</w:t>
      </w:r>
      <w:r w:rsidR="00150A94" w:rsidRPr="00B014FF">
        <w:rPr>
          <w:b/>
          <w:bCs/>
          <w:sz w:val="24"/>
          <w:szCs w:val="24"/>
        </w:rPr>
        <w:t>RFQ</w:t>
      </w:r>
      <w:r w:rsidRPr="005D4E6F">
        <w:rPr>
          <w:b/>
          <w:bCs/>
          <w:sz w:val="24"/>
          <w:szCs w:val="24"/>
          <w:lang w:val="ru-RU"/>
        </w:rPr>
        <w:t>-</w:t>
      </w:r>
      <w:r w:rsidR="004A42ED" w:rsidRPr="005D4E6F">
        <w:rPr>
          <w:b/>
          <w:bCs/>
          <w:sz w:val="24"/>
          <w:szCs w:val="24"/>
          <w:lang w:val="ru-RU"/>
        </w:rPr>
        <w:t>2026-</w:t>
      </w:r>
      <w:r w:rsidR="00815EEA" w:rsidRPr="00815EEA">
        <w:rPr>
          <w:b/>
          <w:bCs/>
          <w:sz w:val="24"/>
          <w:szCs w:val="24"/>
        </w:rPr>
        <w:t>9205644</w:t>
      </w:r>
      <w:bookmarkEnd w:id="0"/>
    </w:p>
    <w:p w14:paraId="064A0447" w14:textId="77777777" w:rsidR="009A6D2A" w:rsidRPr="00150A94" w:rsidRDefault="000733A1" w:rsidP="00360601">
      <w:pPr>
        <w:spacing w:after="0"/>
        <w:jc w:val="center"/>
        <w:rPr>
          <w:lang w:val="ru-RU"/>
        </w:rPr>
      </w:pPr>
      <w:r w:rsidRPr="00213727">
        <w:rPr>
          <w:color w:val="444444"/>
          <w:sz w:val="20"/>
          <w:lang w:val="ru-RU"/>
        </w:rPr>
        <w:t>Техническая</w:t>
      </w:r>
      <w:r w:rsidRPr="00150A94">
        <w:rPr>
          <w:color w:val="444444"/>
          <w:sz w:val="20"/>
          <w:lang w:val="ru-RU"/>
        </w:rPr>
        <w:t xml:space="preserve"> </w:t>
      </w:r>
      <w:r w:rsidRPr="00213727">
        <w:rPr>
          <w:color w:val="444444"/>
          <w:sz w:val="20"/>
          <w:lang w:val="ru-RU"/>
        </w:rPr>
        <w:t>поддержка</w:t>
      </w:r>
      <w:r w:rsidRPr="00150A94">
        <w:rPr>
          <w:color w:val="444444"/>
          <w:sz w:val="20"/>
          <w:lang w:val="ru-RU"/>
        </w:rPr>
        <w:t xml:space="preserve">, </w:t>
      </w:r>
      <w:r w:rsidRPr="00213727">
        <w:rPr>
          <w:color w:val="444444"/>
          <w:sz w:val="20"/>
          <w:lang w:val="ru-RU"/>
        </w:rPr>
        <w:t>обновление</w:t>
      </w:r>
      <w:r w:rsidRPr="00150A94">
        <w:rPr>
          <w:color w:val="444444"/>
          <w:sz w:val="20"/>
          <w:lang w:val="ru-RU"/>
        </w:rPr>
        <w:t xml:space="preserve"> </w:t>
      </w:r>
      <w:r w:rsidRPr="00213727">
        <w:rPr>
          <w:color w:val="444444"/>
          <w:sz w:val="20"/>
          <w:lang w:val="ru-RU"/>
        </w:rPr>
        <w:t>и</w:t>
      </w:r>
      <w:r w:rsidRPr="00150A94">
        <w:rPr>
          <w:color w:val="444444"/>
          <w:sz w:val="20"/>
          <w:lang w:val="ru-RU"/>
        </w:rPr>
        <w:t xml:space="preserve"> </w:t>
      </w:r>
      <w:r w:rsidRPr="00213727">
        <w:rPr>
          <w:color w:val="444444"/>
          <w:sz w:val="20"/>
          <w:lang w:val="ru-RU"/>
        </w:rPr>
        <w:t>совершенствование</w:t>
      </w:r>
      <w:r w:rsidRPr="00150A94">
        <w:rPr>
          <w:color w:val="444444"/>
          <w:sz w:val="20"/>
          <w:lang w:val="ru-RU"/>
        </w:rPr>
        <w:t xml:space="preserve"> </w:t>
      </w:r>
      <w:r w:rsidRPr="00213727">
        <w:rPr>
          <w:color w:val="444444"/>
          <w:sz w:val="20"/>
          <w:lang w:val="ru-RU"/>
        </w:rPr>
        <w:t>онлайн</w:t>
      </w:r>
      <w:r w:rsidRPr="00150A94">
        <w:rPr>
          <w:color w:val="444444"/>
          <w:sz w:val="20"/>
          <w:lang w:val="ru-RU"/>
        </w:rPr>
        <w:t>-</w:t>
      </w:r>
      <w:r w:rsidRPr="00213727">
        <w:rPr>
          <w:color w:val="444444"/>
          <w:sz w:val="20"/>
          <w:lang w:val="ru-RU"/>
        </w:rPr>
        <w:t>платформ</w:t>
      </w:r>
      <w:r w:rsidRPr="00150A94">
        <w:rPr>
          <w:color w:val="444444"/>
          <w:sz w:val="20"/>
          <w:lang w:val="ru-RU"/>
        </w:rPr>
        <w:t xml:space="preserve"> </w:t>
      </w:r>
      <w:r>
        <w:rPr>
          <w:color w:val="444444"/>
          <w:sz w:val="20"/>
        </w:rPr>
        <w:t>Talk</w:t>
      </w:r>
      <w:r w:rsidRPr="00150A94">
        <w:rPr>
          <w:color w:val="444444"/>
          <w:sz w:val="20"/>
          <w:lang w:val="ru-RU"/>
        </w:rPr>
        <w:t>2</w:t>
      </w:r>
      <w:r>
        <w:rPr>
          <w:color w:val="444444"/>
          <w:sz w:val="20"/>
        </w:rPr>
        <w:t>Ok</w:t>
      </w:r>
      <w:r w:rsidRPr="00150A94">
        <w:rPr>
          <w:color w:val="444444"/>
          <w:sz w:val="20"/>
          <w:lang w:val="ru-RU"/>
        </w:rPr>
        <w:t>.</w:t>
      </w:r>
      <w:r>
        <w:rPr>
          <w:color w:val="444444"/>
          <w:sz w:val="20"/>
        </w:rPr>
        <w:t>by</w:t>
      </w:r>
      <w:r w:rsidRPr="00150A94">
        <w:rPr>
          <w:color w:val="444444"/>
          <w:sz w:val="20"/>
          <w:lang w:val="ru-RU"/>
        </w:rPr>
        <w:t xml:space="preserve">, </w:t>
      </w:r>
      <w:r>
        <w:rPr>
          <w:color w:val="444444"/>
          <w:sz w:val="20"/>
        </w:rPr>
        <w:t>U</w:t>
      </w:r>
      <w:r w:rsidRPr="00150A94">
        <w:rPr>
          <w:color w:val="444444"/>
          <w:sz w:val="20"/>
          <w:lang w:val="ru-RU"/>
        </w:rPr>
        <w:t>-</w:t>
      </w:r>
      <w:r>
        <w:rPr>
          <w:color w:val="444444"/>
          <w:sz w:val="20"/>
        </w:rPr>
        <w:t>Platform</w:t>
      </w:r>
      <w:r w:rsidRPr="00150A94">
        <w:rPr>
          <w:color w:val="444444"/>
          <w:sz w:val="20"/>
          <w:lang w:val="ru-RU"/>
        </w:rPr>
        <w:t>.</w:t>
      </w:r>
      <w:r>
        <w:rPr>
          <w:color w:val="444444"/>
          <w:sz w:val="20"/>
        </w:rPr>
        <w:t>by</w:t>
      </w:r>
      <w:r w:rsidRPr="00150A94">
        <w:rPr>
          <w:color w:val="444444"/>
          <w:sz w:val="20"/>
          <w:lang w:val="ru-RU"/>
        </w:rPr>
        <w:t xml:space="preserve">, </w:t>
      </w:r>
      <w:proofErr w:type="spellStart"/>
      <w:r>
        <w:rPr>
          <w:color w:val="444444"/>
          <w:sz w:val="20"/>
        </w:rPr>
        <w:t>edu</w:t>
      </w:r>
      <w:proofErr w:type="spellEnd"/>
      <w:r w:rsidRPr="00150A94">
        <w:rPr>
          <w:color w:val="444444"/>
          <w:sz w:val="20"/>
          <w:lang w:val="ru-RU"/>
        </w:rPr>
        <w:t>.</w:t>
      </w:r>
      <w:r>
        <w:rPr>
          <w:color w:val="444444"/>
          <w:sz w:val="20"/>
        </w:rPr>
        <w:t>u</w:t>
      </w:r>
      <w:r w:rsidRPr="00150A94">
        <w:rPr>
          <w:color w:val="444444"/>
          <w:sz w:val="20"/>
          <w:lang w:val="ru-RU"/>
        </w:rPr>
        <w:t>-</w:t>
      </w:r>
      <w:r>
        <w:rPr>
          <w:color w:val="444444"/>
          <w:sz w:val="20"/>
        </w:rPr>
        <w:t>platform</w:t>
      </w:r>
      <w:r w:rsidRPr="00150A94">
        <w:rPr>
          <w:color w:val="444444"/>
          <w:sz w:val="20"/>
          <w:lang w:val="ru-RU"/>
        </w:rPr>
        <w:t>.</w:t>
      </w:r>
      <w:r>
        <w:rPr>
          <w:color w:val="444444"/>
          <w:sz w:val="20"/>
        </w:rPr>
        <w:t>by</w:t>
      </w:r>
      <w:r w:rsidRPr="00150A94">
        <w:rPr>
          <w:color w:val="444444"/>
          <w:sz w:val="20"/>
          <w:lang w:val="ru-RU"/>
        </w:rPr>
        <w:t xml:space="preserve"> </w:t>
      </w:r>
      <w:r w:rsidRPr="00213727">
        <w:rPr>
          <w:color w:val="444444"/>
          <w:sz w:val="20"/>
          <w:lang w:val="ru-RU"/>
        </w:rPr>
        <w:t>и</w:t>
      </w:r>
      <w:r w:rsidRPr="00150A94">
        <w:rPr>
          <w:color w:val="444444"/>
          <w:sz w:val="20"/>
          <w:lang w:val="ru-RU"/>
        </w:rPr>
        <w:t xml:space="preserve"> </w:t>
      </w:r>
      <w:proofErr w:type="spellStart"/>
      <w:r>
        <w:rPr>
          <w:color w:val="444444"/>
          <w:sz w:val="20"/>
        </w:rPr>
        <w:t>Detivgorode</w:t>
      </w:r>
      <w:proofErr w:type="spellEnd"/>
      <w:r w:rsidRPr="00150A94">
        <w:rPr>
          <w:color w:val="444444"/>
          <w:sz w:val="20"/>
          <w:lang w:val="ru-RU"/>
        </w:rPr>
        <w:t>.</w:t>
      </w:r>
      <w:r>
        <w:rPr>
          <w:color w:val="444444"/>
          <w:sz w:val="20"/>
        </w:rPr>
        <w:t>by</w:t>
      </w:r>
    </w:p>
    <w:tbl>
      <w:tblPr>
        <w:tblW w:w="0" w:type="auto"/>
        <w:jc w:val="center"/>
        <w:tblBorders>
          <w:top w:val="single" w:sz="6" w:space="0" w:color="B8D4E8"/>
          <w:left w:val="single" w:sz="6" w:space="0" w:color="B8D4E8"/>
          <w:bottom w:val="single" w:sz="6" w:space="0" w:color="B8D4E8"/>
          <w:right w:val="single" w:sz="6" w:space="0" w:color="B8D4E8"/>
          <w:insideH w:val="single" w:sz="6" w:space="0" w:color="B8D4E8"/>
          <w:insideV w:val="single" w:sz="6" w:space="0" w:color="B8D4E8"/>
        </w:tblBorders>
        <w:tblLook w:val="04A0" w:firstRow="1" w:lastRow="0" w:firstColumn="1" w:lastColumn="0" w:noHBand="0" w:noVBand="1"/>
      </w:tblPr>
      <w:tblGrid>
        <w:gridCol w:w="10190"/>
      </w:tblGrid>
      <w:tr w:rsidR="009A6D2A" w:rsidRPr="00577C2F" w14:paraId="76C462A9" w14:textId="77777777" w:rsidTr="00034FE6">
        <w:trPr>
          <w:trHeight w:val="707"/>
          <w:jc w:val="center"/>
        </w:trPr>
        <w:tc>
          <w:tcPr>
            <w:tcW w:w="10224" w:type="dxa"/>
            <w:shd w:val="clear" w:color="auto" w:fill="F2F7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B9DFB73" w14:textId="77777777" w:rsidR="009A6D2A" w:rsidRPr="00213727" w:rsidRDefault="000733A1" w:rsidP="00034FE6">
            <w:pPr>
              <w:spacing w:after="0"/>
              <w:rPr>
                <w:lang w:val="ru-RU"/>
              </w:rPr>
            </w:pPr>
            <w:r w:rsidRPr="00213727">
              <w:rPr>
                <w:b/>
                <w:color w:val="1F4E79"/>
                <w:sz w:val="18"/>
                <w:lang w:val="ru-RU"/>
              </w:rPr>
              <w:t xml:space="preserve">Инструкция: </w:t>
            </w:r>
            <w:r w:rsidRPr="00213727">
              <w:rPr>
                <w:sz w:val="18"/>
                <w:lang w:val="ru-RU"/>
              </w:rPr>
              <w:t>Форма предназначена для подготовки технического предложения. Финансовая информация не должна включаться в данный файл. Все ответы должны быть конкретными, подтверждаться приложенными документами и соответствовать Техническому заданию.</w:t>
            </w:r>
          </w:p>
        </w:tc>
      </w:tr>
    </w:tbl>
    <w:p w14:paraId="00C4F12A" w14:textId="77777777" w:rsidR="009A6D2A" w:rsidRDefault="000733A1" w:rsidP="00360601">
      <w:pPr>
        <w:pStyle w:val="Heading1"/>
        <w:spacing w:before="0"/>
      </w:pPr>
      <w:r>
        <w:t>1. Информация об участнике</w:t>
      </w:r>
    </w:p>
    <w:tbl>
      <w:tblPr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4221"/>
        <w:gridCol w:w="5962"/>
      </w:tblGrid>
      <w:tr w:rsidR="009A6D2A" w14:paraId="2052AC78" w14:textId="77777777" w:rsidTr="00EA3A0E">
        <w:trPr>
          <w:jc w:val="center"/>
        </w:trPr>
        <w:tc>
          <w:tcPr>
            <w:tcW w:w="4221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6483DE" w14:textId="77777777" w:rsidR="009A6D2A" w:rsidRDefault="000733A1" w:rsidP="000E2279">
            <w:pPr>
              <w:spacing w:after="0"/>
            </w:pPr>
            <w:proofErr w:type="spellStart"/>
            <w:r>
              <w:rPr>
                <w:b/>
                <w:color w:val="FFFFFF"/>
                <w:sz w:val="17"/>
              </w:rPr>
              <w:t>Поле</w:t>
            </w:r>
            <w:proofErr w:type="spellEnd"/>
          </w:p>
        </w:tc>
        <w:tc>
          <w:tcPr>
            <w:tcW w:w="5962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23AA8D" w14:textId="77777777" w:rsidR="009A6D2A" w:rsidRDefault="000733A1" w:rsidP="000E2279">
            <w:pPr>
              <w:spacing w:after="0"/>
            </w:pPr>
            <w:r>
              <w:rPr>
                <w:b/>
                <w:color w:val="FFFFFF"/>
                <w:sz w:val="17"/>
              </w:rPr>
              <w:t>Ответ участника</w:t>
            </w:r>
          </w:p>
        </w:tc>
      </w:tr>
      <w:tr w:rsidR="009A6D2A" w14:paraId="15280801" w14:textId="77777777" w:rsidTr="00EA3A0E">
        <w:trPr>
          <w:trHeight w:val="217"/>
          <w:jc w:val="center"/>
        </w:trPr>
        <w:tc>
          <w:tcPr>
            <w:tcW w:w="422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AF2D22" w14:textId="77777777" w:rsidR="009A6D2A" w:rsidRDefault="000733A1" w:rsidP="001F4EDD">
            <w:pPr>
              <w:spacing w:after="0"/>
            </w:pPr>
            <w:proofErr w:type="spellStart"/>
            <w:r>
              <w:rPr>
                <w:sz w:val="17"/>
              </w:rPr>
              <w:t>Полное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наименование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организации</w:t>
            </w:r>
            <w:proofErr w:type="spellEnd"/>
          </w:p>
        </w:tc>
        <w:tc>
          <w:tcPr>
            <w:tcW w:w="596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632FA8" w14:textId="31A53FCF" w:rsidR="009A6D2A" w:rsidRDefault="00213727" w:rsidP="001F4EDD">
            <w:pPr>
              <w:spacing w:after="0"/>
            </w:pPr>
            <w:proofErr w:type="spellStart"/>
            <w:r>
              <w:rPr>
                <w:sz w:val="17"/>
              </w:rPr>
              <w:t>Заполнить</w:t>
            </w:r>
            <w:proofErr w:type="spellEnd"/>
          </w:p>
        </w:tc>
      </w:tr>
      <w:tr w:rsidR="009A6D2A" w14:paraId="3F83718B" w14:textId="77777777" w:rsidTr="00EA3A0E">
        <w:trPr>
          <w:jc w:val="center"/>
        </w:trPr>
        <w:tc>
          <w:tcPr>
            <w:tcW w:w="422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C7C091" w14:textId="77777777" w:rsidR="009A6D2A" w:rsidRDefault="000733A1" w:rsidP="001F4EDD">
            <w:pPr>
              <w:spacing w:after="0"/>
            </w:pPr>
            <w:proofErr w:type="spellStart"/>
            <w:r>
              <w:rPr>
                <w:sz w:val="17"/>
              </w:rPr>
              <w:t>Регистрационный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номер</w:t>
            </w:r>
            <w:proofErr w:type="spellEnd"/>
            <w:r>
              <w:rPr>
                <w:sz w:val="17"/>
              </w:rPr>
              <w:t xml:space="preserve"> / УНП</w:t>
            </w:r>
          </w:p>
        </w:tc>
        <w:tc>
          <w:tcPr>
            <w:tcW w:w="596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3348F9" w14:textId="2B8DAFFB" w:rsidR="009A6D2A" w:rsidRDefault="00213727" w:rsidP="001F4EDD">
            <w:pPr>
              <w:spacing w:after="0"/>
            </w:pPr>
            <w:proofErr w:type="spellStart"/>
            <w:r>
              <w:rPr>
                <w:sz w:val="17"/>
              </w:rPr>
              <w:t>Заполнить</w:t>
            </w:r>
            <w:proofErr w:type="spellEnd"/>
          </w:p>
        </w:tc>
      </w:tr>
      <w:tr w:rsidR="009A6D2A" w14:paraId="6FFBDBA3" w14:textId="77777777" w:rsidTr="00EA3A0E">
        <w:trPr>
          <w:jc w:val="center"/>
        </w:trPr>
        <w:tc>
          <w:tcPr>
            <w:tcW w:w="422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A7A95B" w14:textId="77777777" w:rsidR="009A6D2A" w:rsidRDefault="000733A1" w:rsidP="001F4EDD">
            <w:pPr>
              <w:spacing w:after="0"/>
            </w:pPr>
            <w:r>
              <w:rPr>
                <w:sz w:val="17"/>
              </w:rPr>
              <w:t>Регистрационный номер UNGM*</w:t>
            </w:r>
          </w:p>
        </w:tc>
        <w:tc>
          <w:tcPr>
            <w:tcW w:w="596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18C2F4" w14:textId="77777777" w:rsidR="009A6D2A" w:rsidRDefault="000733A1" w:rsidP="001F4EDD">
            <w:pPr>
              <w:spacing w:after="0"/>
            </w:pPr>
            <w:r>
              <w:rPr>
                <w:sz w:val="17"/>
              </w:rPr>
              <w:t>Заполнить</w:t>
            </w:r>
          </w:p>
        </w:tc>
      </w:tr>
      <w:tr w:rsidR="009A6D2A" w14:paraId="60CCD213" w14:textId="77777777" w:rsidTr="00EA3A0E">
        <w:trPr>
          <w:jc w:val="center"/>
        </w:trPr>
        <w:tc>
          <w:tcPr>
            <w:tcW w:w="422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25E39E" w14:textId="77777777" w:rsidR="009A6D2A" w:rsidRDefault="000733A1" w:rsidP="001F4EDD">
            <w:pPr>
              <w:spacing w:after="0"/>
            </w:pPr>
            <w:r>
              <w:rPr>
                <w:sz w:val="17"/>
              </w:rPr>
              <w:t>Юридический адрес</w:t>
            </w:r>
          </w:p>
        </w:tc>
        <w:tc>
          <w:tcPr>
            <w:tcW w:w="596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99F15A" w14:textId="75A50A78" w:rsidR="009A6D2A" w:rsidRDefault="00213727" w:rsidP="001F4EDD">
            <w:pPr>
              <w:spacing w:after="0"/>
            </w:pPr>
            <w:proofErr w:type="spellStart"/>
            <w:r>
              <w:rPr>
                <w:sz w:val="17"/>
              </w:rPr>
              <w:t>Заполнить</w:t>
            </w:r>
            <w:proofErr w:type="spellEnd"/>
          </w:p>
        </w:tc>
      </w:tr>
      <w:tr w:rsidR="009A6D2A" w14:paraId="4166B608" w14:textId="77777777" w:rsidTr="00EA3A0E">
        <w:trPr>
          <w:jc w:val="center"/>
        </w:trPr>
        <w:tc>
          <w:tcPr>
            <w:tcW w:w="422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A40E93" w14:textId="77777777" w:rsidR="009A6D2A" w:rsidRDefault="000733A1" w:rsidP="001F4EDD">
            <w:pPr>
              <w:spacing w:after="0"/>
            </w:pPr>
            <w:r>
              <w:rPr>
                <w:sz w:val="17"/>
              </w:rPr>
              <w:t>Контактное лицо, должность</w:t>
            </w:r>
          </w:p>
        </w:tc>
        <w:tc>
          <w:tcPr>
            <w:tcW w:w="596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CFF7EB" w14:textId="578F9913" w:rsidR="009A6D2A" w:rsidRDefault="00213727" w:rsidP="001F4EDD">
            <w:pPr>
              <w:spacing w:after="0"/>
            </w:pPr>
            <w:proofErr w:type="spellStart"/>
            <w:r>
              <w:rPr>
                <w:sz w:val="17"/>
              </w:rPr>
              <w:t>Заполнить</w:t>
            </w:r>
            <w:proofErr w:type="spellEnd"/>
          </w:p>
        </w:tc>
      </w:tr>
      <w:tr w:rsidR="009A6D2A" w14:paraId="74FEACA2" w14:textId="77777777" w:rsidTr="00EA3A0E">
        <w:trPr>
          <w:trHeight w:val="376"/>
          <w:jc w:val="center"/>
        </w:trPr>
        <w:tc>
          <w:tcPr>
            <w:tcW w:w="422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622B92" w14:textId="77777777" w:rsidR="009A6D2A" w:rsidRDefault="000733A1" w:rsidP="001F4EDD">
            <w:pPr>
              <w:spacing w:after="0"/>
            </w:pPr>
            <w:proofErr w:type="spellStart"/>
            <w:r>
              <w:rPr>
                <w:sz w:val="17"/>
              </w:rPr>
              <w:t>Телефон</w:t>
            </w:r>
            <w:proofErr w:type="spellEnd"/>
            <w:r>
              <w:rPr>
                <w:sz w:val="17"/>
              </w:rPr>
              <w:t xml:space="preserve"> и </w:t>
            </w:r>
            <w:proofErr w:type="spellStart"/>
            <w:r>
              <w:rPr>
                <w:sz w:val="17"/>
              </w:rPr>
              <w:t>электронная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почта</w:t>
            </w:r>
            <w:proofErr w:type="spellEnd"/>
          </w:p>
        </w:tc>
        <w:tc>
          <w:tcPr>
            <w:tcW w:w="596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2E51A2" w14:textId="3AF054EE" w:rsidR="009A6D2A" w:rsidRDefault="00213727" w:rsidP="001F4EDD">
            <w:pPr>
              <w:spacing w:after="0"/>
            </w:pPr>
            <w:proofErr w:type="spellStart"/>
            <w:r>
              <w:rPr>
                <w:sz w:val="17"/>
              </w:rPr>
              <w:t>Заполнить</w:t>
            </w:r>
            <w:proofErr w:type="spellEnd"/>
          </w:p>
        </w:tc>
      </w:tr>
      <w:tr w:rsidR="009A6D2A" w14:paraId="64DB8BAB" w14:textId="77777777" w:rsidTr="00EA3A0E">
        <w:trPr>
          <w:jc w:val="center"/>
        </w:trPr>
        <w:tc>
          <w:tcPr>
            <w:tcW w:w="422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31BB8F" w14:textId="77777777" w:rsidR="009A6D2A" w:rsidRDefault="000733A1" w:rsidP="001F4EDD">
            <w:pPr>
              <w:spacing w:after="0"/>
            </w:pPr>
            <w:proofErr w:type="spellStart"/>
            <w:r>
              <w:rPr>
                <w:sz w:val="17"/>
              </w:rPr>
              <w:t>Основной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сайт</w:t>
            </w:r>
            <w:proofErr w:type="spellEnd"/>
            <w:r>
              <w:rPr>
                <w:sz w:val="17"/>
              </w:rPr>
              <w:t xml:space="preserve"> / </w:t>
            </w:r>
            <w:proofErr w:type="spellStart"/>
            <w:r>
              <w:rPr>
                <w:sz w:val="17"/>
              </w:rPr>
              <w:t>портфолио</w:t>
            </w:r>
            <w:proofErr w:type="spellEnd"/>
          </w:p>
        </w:tc>
        <w:tc>
          <w:tcPr>
            <w:tcW w:w="596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F54EC4" w14:textId="30F6FEEF" w:rsidR="009A6D2A" w:rsidRDefault="00213727" w:rsidP="001F4EDD">
            <w:pPr>
              <w:spacing w:after="0"/>
            </w:pPr>
            <w:proofErr w:type="spellStart"/>
            <w:r>
              <w:rPr>
                <w:sz w:val="17"/>
              </w:rPr>
              <w:t>Заполнить</w:t>
            </w:r>
            <w:proofErr w:type="spellEnd"/>
          </w:p>
        </w:tc>
      </w:tr>
      <w:tr w:rsidR="009A6D2A" w:rsidRPr="00577C2F" w14:paraId="2BDE85B1" w14:textId="77777777" w:rsidTr="00EA3A0E">
        <w:trPr>
          <w:trHeight w:val="268"/>
          <w:jc w:val="center"/>
        </w:trPr>
        <w:tc>
          <w:tcPr>
            <w:tcW w:w="422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8A107D" w14:textId="77777777" w:rsidR="009A6D2A" w:rsidRDefault="000733A1" w:rsidP="001F4EDD">
            <w:pPr>
              <w:spacing w:after="0"/>
            </w:pPr>
            <w:proofErr w:type="spellStart"/>
            <w:r>
              <w:rPr>
                <w:sz w:val="17"/>
              </w:rPr>
              <w:t>Валидность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предложения</w:t>
            </w:r>
            <w:proofErr w:type="spellEnd"/>
          </w:p>
        </w:tc>
        <w:tc>
          <w:tcPr>
            <w:tcW w:w="596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A75E6F" w14:textId="77777777" w:rsidR="009A6D2A" w:rsidRPr="00213727" w:rsidRDefault="000733A1" w:rsidP="001F4EDD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>60 календарных дней с даты окончания срока подачи предложений</w:t>
            </w:r>
          </w:p>
        </w:tc>
      </w:tr>
    </w:tbl>
    <w:p w14:paraId="12BBA814" w14:textId="5C4470D0" w:rsidR="00150A94" w:rsidRDefault="000733A1">
      <w:pPr>
        <w:spacing w:after="160"/>
        <w:rPr>
          <w:color w:val="555555"/>
          <w:sz w:val="17"/>
          <w:lang w:val="ru-RU"/>
        </w:rPr>
      </w:pPr>
      <w:r w:rsidRPr="00213727">
        <w:rPr>
          <w:color w:val="555555"/>
          <w:sz w:val="17"/>
          <w:lang w:val="ru-RU"/>
        </w:rPr>
        <w:t xml:space="preserve">* - Если ваша компания еще не зарегистрирована на Глобальной торговой площадке ООН </w:t>
      </w:r>
      <w:hyperlink r:id="rId12">
        <w:r>
          <w:rPr>
            <w:color w:val="0563C1"/>
            <w:sz w:val="18"/>
            <w:u w:val="single"/>
          </w:rPr>
          <w:t>http</w:t>
        </w:r>
        <w:r w:rsidRPr="00213727">
          <w:rPr>
            <w:color w:val="0563C1"/>
            <w:sz w:val="18"/>
            <w:u w:val="single"/>
            <w:lang w:val="ru-RU"/>
          </w:rPr>
          <w:t>://</w:t>
        </w:r>
        <w:r>
          <w:rPr>
            <w:color w:val="0563C1"/>
            <w:sz w:val="18"/>
            <w:u w:val="single"/>
          </w:rPr>
          <w:t>www</w:t>
        </w:r>
        <w:r w:rsidRPr="00213727">
          <w:rPr>
            <w:color w:val="0563C1"/>
            <w:sz w:val="18"/>
            <w:u w:val="single"/>
            <w:lang w:val="ru-RU"/>
          </w:rPr>
          <w:t>.</w:t>
        </w:r>
        <w:proofErr w:type="spellStart"/>
        <w:r>
          <w:rPr>
            <w:color w:val="0563C1"/>
            <w:sz w:val="18"/>
            <w:u w:val="single"/>
          </w:rPr>
          <w:t>ungm</w:t>
        </w:r>
        <w:proofErr w:type="spellEnd"/>
        <w:r w:rsidRPr="00213727">
          <w:rPr>
            <w:color w:val="0563C1"/>
            <w:sz w:val="18"/>
            <w:u w:val="single"/>
            <w:lang w:val="ru-RU"/>
          </w:rPr>
          <w:t>.</w:t>
        </w:r>
        <w:r>
          <w:rPr>
            <w:color w:val="0563C1"/>
            <w:sz w:val="18"/>
            <w:u w:val="single"/>
          </w:rPr>
          <w:t>org</w:t>
        </w:r>
      </w:hyperlink>
      <w:r w:rsidRPr="00213727">
        <w:rPr>
          <w:color w:val="555555"/>
          <w:sz w:val="17"/>
          <w:lang w:val="ru-RU"/>
        </w:rPr>
        <w:t>, пожалуйста, пройдите бесплатную регистрацию и получите 6-значный регистрационный номер.</w:t>
      </w:r>
    </w:p>
    <w:p w14:paraId="442BB366" w14:textId="63BBCE3C" w:rsidR="009A6D2A" w:rsidRPr="00642D7E" w:rsidRDefault="000733A1" w:rsidP="00642D7E">
      <w:pPr>
        <w:pStyle w:val="Heading1"/>
        <w:spacing w:before="0"/>
        <w:rPr>
          <w:lang w:val="ru-RU"/>
        </w:rPr>
      </w:pPr>
      <w:r w:rsidRPr="00642D7E">
        <w:rPr>
          <w:lang w:val="ru-RU"/>
        </w:rPr>
        <w:t>2. Подтверждение понимания задания</w:t>
      </w:r>
    </w:p>
    <w:tbl>
      <w:tblPr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623"/>
        <w:gridCol w:w="4266"/>
        <w:gridCol w:w="5371"/>
      </w:tblGrid>
      <w:tr w:rsidR="009A6D2A" w:rsidRPr="00577C2F" w14:paraId="5D57C3CD" w14:textId="77777777" w:rsidTr="00EA3A0E">
        <w:trPr>
          <w:jc w:val="center"/>
        </w:trPr>
        <w:tc>
          <w:tcPr>
            <w:tcW w:w="623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8E295E" w14:textId="77777777" w:rsidR="009A6D2A" w:rsidRDefault="000733A1" w:rsidP="000E2279">
            <w:pPr>
              <w:spacing w:after="0"/>
            </w:pPr>
            <w:r>
              <w:rPr>
                <w:b/>
                <w:color w:val="FFFFFF"/>
                <w:sz w:val="17"/>
              </w:rPr>
              <w:t>№</w:t>
            </w:r>
          </w:p>
        </w:tc>
        <w:tc>
          <w:tcPr>
            <w:tcW w:w="4266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D5E8C4" w14:textId="77777777" w:rsidR="009A6D2A" w:rsidRDefault="000733A1" w:rsidP="000E2279">
            <w:pPr>
              <w:spacing w:after="0"/>
            </w:pPr>
            <w:r>
              <w:rPr>
                <w:b/>
                <w:color w:val="FFFFFF"/>
                <w:sz w:val="17"/>
              </w:rPr>
              <w:t>Требование</w:t>
            </w:r>
          </w:p>
        </w:tc>
        <w:tc>
          <w:tcPr>
            <w:tcW w:w="5371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4F9D70" w14:textId="77777777" w:rsidR="009A6D2A" w:rsidRPr="00213727" w:rsidRDefault="000733A1" w:rsidP="000E2279">
            <w:pPr>
              <w:spacing w:after="0"/>
              <w:rPr>
                <w:lang w:val="ru-RU"/>
              </w:rPr>
            </w:pPr>
            <w:r w:rsidRPr="00213727">
              <w:rPr>
                <w:b/>
                <w:color w:val="FFFFFF"/>
                <w:sz w:val="17"/>
                <w:lang w:val="ru-RU"/>
              </w:rPr>
              <w:t>Описание подхода участника / ссылка на приложение</w:t>
            </w:r>
          </w:p>
        </w:tc>
      </w:tr>
      <w:tr w:rsidR="009A6D2A" w:rsidRPr="00577C2F" w14:paraId="5ADB3C77" w14:textId="77777777" w:rsidTr="00EA3A0E">
        <w:trPr>
          <w:trHeight w:val="488"/>
          <w:jc w:val="center"/>
        </w:trPr>
        <w:tc>
          <w:tcPr>
            <w:tcW w:w="62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FF81D1" w14:textId="77777777" w:rsidR="009A6D2A" w:rsidRDefault="000733A1" w:rsidP="001F4EDD">
            <w:pPr>
              <w:spacing w:after="0"/>
            </w:pPr>
            <w:r>
              <w:rPr>
                <w:sz w:val="17"/>
              </w:rPr>
              <w:t>2.1</w:t>
            </w:r>
          </w:p>
        </w:tc>
        <w:tc>
          <w:tcPr>
            <w:tcW w:w="426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23E973" w14:textId="77777777" w:rsidR="009A6D2A" w:rsidRPr="00213727" w:rsidRDefault="000733A1" w:rsidP="001F4EDD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>Непрерывная техническая поддержка и устранение неисправностей платформ</w:t>
            </w:r>
          </w:p>
        </w:tc>
        <w:tc>
          <w:tcPr>
            <w:tcW w:w="537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BF8EF0" w14:textId="77777777" w:rsidR="009A6D2A" w:rsidRPr="00213727" w:rsidRDefault="009A6D2A" w:rsidP="001F4EDD">
            <w:pPr>
              <w:spacing w:after="0"/>
              <w:rPr>
                <w:lang w:val="ru-RU"/>
              </w:rPr>
            </w:pPr>
          </w:p>
        </w:tc>
      </w:tr>
      <w:tr w:rsidR="009A6D2A" w:rsidRPr="00577C2F" w14:paraId="6B6962D2" w14:textId="77777777" w:rsidTr="00EA3A0E">
        <w:trPr>
          <w:jc w:val="center"/>
        </w:trPr>
        <w:tc>
          <w:tcPr>
            <w:tcW w:w="62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AB92AC" w14:textId="77777777" w:rsidR="009A6D2A" w:rsidRDefault="000733A1" w:rsidP="001F4EDD">
            <w:pPr>
              <w:spacing w:after="0"/>
            </w:pPr>
            <w:r>
              <w:rPr>
                <w:sz w:val="17"/>
              </w:rPr>
              <w:t>2.2</w:t>
            </w:r>
          </w:p>
        </w:tc>
        <w:tc>
          <w:tcPr>
            <w:tcW w:w="426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26AA78" w14:textId="77777777" w:rsidR="009A6D2A" w:rsidRPr="00213727" w:rsidRDefault="000733A1" w:rsidP="001F4EDD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>Технические обновления, доработка функциональности, обновление модулей и плагинов</w:t>
            </w:r>
          </w:p>
        </w:tc>
        <w:tc>
          <w:tcPr>
            <w:tcW w:w="537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66C390" w14:textId="77777777" w:rsidR="009A6D2A" w:rsidRPr="00213727" w:rsidRDefault="009A6D2A" w:rsidP="001F4EDD">
            <w:pPr>
              <w:spacing w:after="0"/>
              <w:rPr>
                <w:lang w:val="ru-RU"/>
              </w:rPr>
            </w:pPr>
          </w:p>
        </w:tc>
      </w:tr>
      <w:tr w:rsidR="009A6D2A" w14:paraId="3ED854C1" w14:textId="77777777" w:rsidTr="00EA3A0E">
        <w:trPr>
          <w:jc w:val="center"/>
        </w:trPr>
        <w:tc>
          <w:tcPr>
            <w:tcW w:w="62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0107B4" w14:textId="77777777" w:rsidR="009A6D2A" w:rsidRDefault="000733A1" w:rsidP="001F4EDD">
            <w:pPr>
              <w:spacing w:after="0"/>
            </w:pPr>
            <w:r>
              <w:rPr>
                <w:sz w:val="17"/>
              </w:rPr>
              <w:t>2.3</w:t>
            </w:r>
          </w:p>
        </w:tc>
        <w:tc>
          <w:tcPr>
            <w:tcW w:w="426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915024" w14:textId="77777777" w:rsidR="009A6D2A" w:rsidRDefault="000733A1" w:rsidP="001F4EDD">
            <w:pPr>
              <w:spacing w:after="0"/>
            </w:pPr>
            <w:r>
              <w:rPr>
                <w:sz w:val="17"/>
              </w:rPr>
              <w:t>Модернизация архитектуры Talk2Ok: Vue.js -&gt; Next.js, Express -&gt; Nest.js</w:t>
            </w:r>
          </w:p>
        </w:tc>
        <w:tc>
          <w:tcPr>
            <w:tcW w:w="537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BC676C" w14:textId="77777777" w:rsidR="009A6D2A" w:rsidRDefault="009A6D2A" w:rsidP="001F4EDD">
            <w:pPr>
              <w:spacing w:after="0"/>
            </w:pPr>
          </w:p>
        </w:tc>
      </w:tr>
      <w:tr w:rsidR="009A6D2A" w:rsidRPr="00577C2F" w14:paraId="06FF0EF9" w14:textId="77777777" w:rsidTr="00EA3A0E">
        <w:trPr>
          <w:jc w:val="center"/>
        </w:trPr>
        <w:tc>
          <w:tcPr>
            <w:tcW w:w="62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3844A3" w14:textId="77777777" w:rsidR="009A6D2A" w:rsidRDefault="000733A1" w:rsidP="001F4EDD">
            <w:pPr>
              <w:spacing w:after="0"/>
            </w:pPr>
            <w:r>
              <w:rPr>
                <w:sz w:val="17"/>
              </w:rPr>
              <w:t>2.4</w:t>
            </w:r>
          </w:p>
        </w:tc>
        <w:tc>
          <w:tcPr>
            <w:tcW w:w="426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ADD07E" w14:textId="77777777" w:rsidR="009A6D2A" w:rsidRPr="00213727" w:rsidRDefault="000733A1" w:rsidP="001F4EDD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 xml:space="preserve">Внедрение </w:t>
            </w:r>
            <w:r>
              <w:rPr>
                <w:sz w:val="17"/>
              </w:rPr>
              <w:t>AI</w:t>
            </w:r>
            <w:r w:rsidRPr="00213727">
              <w:rPr>
                <w:sz w:val="17"/>
                <w:lang w:val="ru-RU"/>
              </w:rPr>
              <w:t>-чат-бота как информационного и навигационного инструмента без психологического консультирования</w:t>
            </w:r>
          </w:p>
        </w:tc>
        <w:tc>
          <w:tcPr>
            <w:tcW w:w="537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246337" w14:textId="77777777" w:rsidR="009A6D2A" w:rsidRPr="00213727" w:rsidRDefault="009A6D2A" w:rsidP="001F4EDD">
            <w:pPr>
              <w:spacing w:after="0"/>
              <w:rPr>
                <w:lang w:val="ru-RU"/>
              </w:rPr>
            </w:pPr>
          </w:p>
        </w:tc>
      </w:tr>
      <w:tr w:rsidR="009A6D2A" w:rsidRPr="00577C2F" w14:paraId="7607ABE2" w14:textId="77777777" w:rsidTr="00EA3A0E">
        <w:trPr>
          <w:jc w:val="center"/>
        </w:trPr>
        <w:tc>
          <w:tcPr>
            <w:tcW w:w="62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EE1FB5" w14:textId="77777777" w:rsidR="009A6D2A" w:rsidRDefault="000733A1" w:rsidP="001F4EDD">
            <w:pPr>
              <w:spacing w:after="0"/>
            </w:pPr>
            <w:r>
              <w:rPr>
                <w:sz w:val="17"/>
              </w:rPr>
              <w:t>2.5</w:t>
            </w:r>
          </w:p>
        </w:tc>
        <w:tc>
          <w:tcPr>
            <w:tcW w:w="426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430D8A" w14:textId="77777777" w:rsidR="009A6D2A" w:rsidRPr="00213727" w:rsidRDefault="000733A1" w:rsidP="001F4EDD">
            <w:pPr>
              <w:spacing w:after="0"/>
              <w:rPr>
                <w:lang w:val="ru-RU"/>
              </w:rPr>
            </w:pPr>
            <w:proofErr w:type="spellStart"/>
            <w:r w:rsidRPr="00213727">
              <w:rPr>
                <w:sz w:val="17"/>
                <w:lang w:val="ru-RU"/>
              </w:rPr>
              <w:t>Киберустойчивость</w:t>
            </w:r>
            <w:proofErr w:type="spellEnd"/>
            <w:r w:rsidRPr="00213727">
              <w:rPr>
                <w:sz w:val="17"/>
                <w:lang w:val="ru-RU"/>
              </w:rPr>
              <w:t>, безопасность, 2</w:t>
            </w:r>
            <w:r>
              <w:rPr>
                <w:sz w:val="17"/>
              </w:rPr>
              <w:t>FA</w:t>
            </w:r>
            <w:r w:rsidRPr="00213727">
              <w:rPr>
                <w:sz w:val="17"/>
                <w:lang w:val="ru-RU"/>
              </w:rPr>
              <w:t>, реагирование на инциденты</w:t>
            </w:r>
          </w:p>
        </w:tc>
        <w:tc>
          <w:tcPr>
            <w:tcW w:w="537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6B361C" w14:textId="77777777" w:rsidR="009A6D2A" w:rsidRPr="00213727" w:rsidRDefault="009A6D2A" w:rsidP="001F4EDD">
            <w:pPr>
              <w:spacing w:after="0"/>
              <w:rPr>
                <w:lang w:val="ru-RU"/>
              </w:rPr>
            </w:pPr>
          </w:p>
        </w:tc>
      </w:tr>
      <w:tr w:rsidR="009A6D2A" w:rsidRPr="00577C2F" w14:paraId="2FD8C244" w14:textId="77777777" w:rsidTr="00EA3A0E">
        <w:trPr>
          <w:jc w:val="center"/>
        </w:trPr>
        <w:tc>
          <w:tcPr>
            <w:tcW w:w="62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59E388" w14:textId="77777777" w:rsidR="009A6D2A" w:rsidRDefault="000733A1" w:rsidP="001F4EDD">
            <w:pPr>
              <w:spacing w:after="0"/>
            </w:pPr>
            <w:r>
              <w:rPr>
                <w:sz w:val="17"/>
              </w:rPr>
              <w:t>2.6</w:t>
            </w:r>
          </w:p>
        </w:tc>
        <w:tc>
          <w:tcPr>
            <w:tcW w:w="426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7A9792" w14:textId="77777777" w:rsidR="009A6D2A" w:rsidRPr="00213727" w:rsidRDefault="000733A1" w:rsidP="001F4EDD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 xml:space="preserve">Мобильное приложение </w:t>
            </w:r>
            <w:r>
              <w:rPr>
                <w:sz w:val="17"/>
              </w:rPr>
              <w:t>Talk</w:t>
            </w:r>
            <w:r w:rsidRPr="00213727">
              <w:rPr>
                <w:sz w:val="17"/>
                <w:lang w:val="ru-RU"/>
              </w:rPr>
              <w:t>2</w:t>
            </w:r>
            <w:r>
              <w:rPr>
                <w:sz w:val="17"/>
              </w:rPr>
              <w:t>Ok</w:t>
            </w:r>
            <w:r w:rsidRPr="00213727">
              <w:rPr>
                <w:sz w:val="17"/>
                <w:lang w:val="ru-RU"/>
              </w:rPr>
              <w:t xml:space="preserve">: </w:t>
            </w:r>
            <w:r>
              <w:rPr>
                <w:sz w:val="17"/>
              </w:rPr>
              <w:t>iOS</w:t>
            </w:r>
            <w:r w:rsidRPr="00213727">
              <w:rPr>
                <w:sz w:val="17"/>
                <w:lang w:val="ru-RU"/>
              </w:rPr>
              <w:t xml:space="preserve"> / </w:t>
            </w:r>
            <w:r>
              <w:rPr>
                <w:sz w:val="17"/>
              </w:rPr>
              <w:t>Android</w:t>
            </w:r>
            <w:r w:rsidRPr="00213727">
              <w:rPr>
                <w:sz w:val="17"/>
                <w:lang w:val="ru-RU"/>
              </w:rPr>
              <w:t>, тестирование и публикация обновлений</w:t>
            </w:r>
          </w:p>
        </w:tc>
        <w:tc>
          <w:tcPr>
            <w:tcW w:w="537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159A99" w14:textId="77777777" w:rsidR="009A6D2A" w:rsidRPr="00213727" w:rsidRDefault="009A6D2A" w:rsidP="001F4EDD">
            <w:pPr>
              <w:spacing w:after="0"/>
              <w:rPr>
                <w:lang w:val="ru-RU"/>
              </w:rPr>
            </w:pPr>
          </w:p>
        </w:tc>
      </w:tr>
      <w:tr w:rsidR="009A6D2A" w:rsidRPr="00577C2F" w14:paraId="74816969" w14:textId="77777777" w:rsidTr="00EA3A0E">
        <w:trPr>
          <w:jc w:val="center"/>
        </w:trPr>
        <w:tc>
          <w:tcPr>
            <w:tcW w:w="62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A166A6" w14:textId="77777777" w:rsidR="009A6D2A" w:rsidRDefault="000733A1" w:rsidP="001F4EDD">
            <w:pPr>
              <w:spacing w:after="0"/>
            </w:pPr>
            <w:r>
              <w:rPr>
                <w:sz w:val="17"/>
              </w:rPr>
              <w:t>2.7</w:t>
            </w:r>
          </w:p>
        </w:tc>
        <w:tc>
          <w:tcPr>
            <w:tcW w:w="426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EBADC5" w14:textId="77777777" w:rsidR="009A6D2A" w:rsidRPr="00213727" w:rsidRDefault="000733A1" w:rsidP="001F4EDD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 xml:space="preserve">Документация, </w:t>
            </w:r>
            <w:r>
              <w:rPr>
                <w:sz w:val="17"/>
              </w:rPr>
              <w:t>Git</w:t>
            </w:r>
            <w:r w:rsidRPr="00213727">
              <w:rPr>
                <w:sz w:val="17"/>
                <w:lang w:val="ru-RU"/>
              </w:rPr>
              <w:t>-</w:t>
            </w:r>
            <w:proofErr w:type="spellStart"/>
            <w:r w:rsidRPr="00213727">
              <w:rPr>
                <w:sz w:val="17"/>
                <w:lang w:val="ru-RU"/>
              </w:rPr>
              <w:t>репозиторий</w:t>
            </w:r>
            <w:proofErr w:type="spellEnd"/>
            <w:r w:rsidRPr="00213727">
              <w:rPr>
                <w:sz w:val="17"/>
                <w:lang w:val="ru-RU"/>
              </w:rPr>
              <w:t>, тестовая среда, передача знаний</w:t>
            </w:r>
          </w:p>
        </w:tc>
        <w:tc>
          <w:tcPr>
            <w:tcW w:w="537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7632A2" w14:textId="77777777" w:rsidR="009A6D2A" w:rsidRPr="00213727" w:rsidRDefault="009A6D2A" w:rsidP="001F4EDD">
            <w:pPr>
              <w:spacing w:after="0"/>
              <w:rPr>
                <w:lang w:val="ru-RU"/>
              </w:rPr>
            </w:pPr>
          </w:p>
        </w:tc>
      </w:tr>
    </w:tbl>
    <w:p w14:paraId="23B5C507" w14:textId="77777777" w:rsidR="009A6D2A" w:rsidRPr="00213727" w:rsidRDefault="009A6D2A">
      <w:pPr>
        <w:rPr>
          <w:lang w:val="ru-RU"/>
        </w:rPr>
      </w:pPr>
    </w:p>
    <w:p w14:paraId="0F5455F8" w14:textId="77777777" w:rsidR="009A6D2A" w:rsidRPr="00213727" w:rsidRDefault="000733A1">
      <w:pPr>
        <w:pStyle w:val="Heading1"/>
        <w:rPr>
          <w:lang w:val="ru-RU"/>
        </w:rPr>
      </w:pPr>
      <w:r w:rsidRPr="00213727">
        <w:rPr>
          <w:lang w:val="ru-RU"/>
        </w:rPr>
        <w:lastRenderedPageBreak/>
        <w:t>3. Методология, план работ и управление качеством</w:t>
      </w:r>
    </w:p>
    <w:tbl>
      <w:tblPr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880"/>
        <w:gridCol w:w="4608"/>
        <w:gridCol w:w="2448"/>
      </w:tblGrid>
      <w:tr w:rsidR="009A6D2A" w14:paraId="615AFD22" w14:textId="77777777">
        <w:trPr>
          <w:jc w:val="center"/>
        </w:trPr>
        <w:tc>
          <w:tcPr>
            <w:tcW w:w="288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72B5F4" w14:textId="77777777" w:rsidR="009A6D2A" w:rsidRDefault="000733A1" w:rsidP="000E2279">
            <w:pPr>
              <w:spacing w:after="0"/>
            </w:pPr>
            <w:proofErr w:type="spellStart"/>
            <w:r>
              <w:rPr>
                <w:b/>
                <w:color w:val="FFFFFF"/>
                <w:sz w:val="17"/>
              </w:rPr>
              <w:t>Компонент</w:t>
            </w:r>
            <w:proofErr w:type="spellEnd"/>
          </w:p>
        </w:tc>
        <w:tc>
          <w:tcPr>
            <w:tcW w:w="4608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BB2796" w14:textId="77777777" w:rsidR="009A6D2A" w:rsidRDefault="000733A1" w:rsidP="000E2279">
            <w:pPr>
              <w:spacing w:after="0"/>
            </w:pPr>
            <w:r>
              <w:rPr>
                <w:b/>
                <w:color w:val="FFFFFF"/>
                <w:sz w:val="17"/>
              </w:rPr>
              <w:t>Описание участника</w:t>
            </w:r>
          </w:p>
        </w:tc>
        <w:tc>
          <w:tcPr>
            <w:tcW w:w="2448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EA6614" w14:textId="77777777" w:rsidR="009A6D2A" w:rsidRDefault="000733A1" w:rsidP="000E2279">
            <w:pPr>
              <w:spacing w:after="0"/>
            </w:pPr>
            <w:r>
              <w:rPr>
                <w:b/>
                <w:color w:val="FFFFFF"/>
                <w:sz w:val="17"/>
              </w:rPr>
              <w:t>Подтверждающие материалы</w:t>
            </w:r>
          </w:p>
        </w:tc>
      </w:tr>
      <w:tr w:rsidR="009A6D2A" w:rsidRPr="00577C2F" w14:paraId="44210F2C" w14:textId="77777777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ADE275" w14:textId="77777777" w:rsidR="009A6D2A" w:rsidRDefault="000733A1" w:rsidP="00BB41A2">
            <w:pPr>
              <w:spacing w:after="0"/>
            </w:pPr>
            <w:r>
              <w:rPr>
                <w:sz w:val="17"/>
              </w:rPr>
              <w:t>Service desk / тикет-система</w:t>
            </w:r>
          </w:p>
        </w:tc>
        <w:tc>
          <w:tcPr>
            <w:tcW w:w="46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D58BED" w14:textId="77777777" w:rsidR="009A6D2A" w:rsidRDefault="009A6D2A" w:rsidP="00BB41A2">
            <w:pPr>
              <w:spacing w:after="0"/>
            </w:pP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65F2D1" w14:textId="77777777" w:rsidR="009A6D2A" w:rsidRPr="00213727" w:rsidRDefault="000733A1" w:rsidP="00BB41A2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 xml:space="preserve">Примеры отчётов или </w:t>
            </w:r>
            <w:proofErr w:type="spellStart"/>
            <w:r w:rsidRPr="00213727">
              <w:rPr>
                <w:sz w:val="17"/>
                <w:lang w:val="ru-RU"/>
              </w:rPr>
              <w:t>анонимизированные</w:t>
            </w:r>
            <w:proofErr w:type="spellEnd"/>
            <w:r w:rsidRPr="00213727">
              <w:rPr>
                <w:sz w:val="17"/>
                <w:lang w:val="ru-RU"/>
              </w:rPr>
              <w:t xml:space="preserve"> скриншоты</w:t>
            </w:r>
          </w:p>
        </w:tc>
      </w:tr>
      <w:tr w:rsidR="009A6D2A" w14:paraId="424EE73E" w14:textId="77777777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4FDD41" w14:textId="77777777" w:rsidR="009A6D2A" w:rsidRDefault="000733A1" w:rsidP="00BB41A2">
            <w:pPr>
              <w:spacing w:after="0"/>
            </w:pPr>
            <w:proofErr w:type="spellStart"/>
            <w:r>
              <w:rPr>
                <w:sz w:val="17"/>
              </w:rPr>
              <w:t>Управление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инцидентами</w:t>
            </w:r>
            <w:proofErr w:type="spellEnd"/>
            <w:r>
              <w:rPr>
                <w:sz w:val="17"/>
              </w:rPr>
              <w:t xml:space="preserve"> и SLA</w:t>
            </w:r>
          </w:p>
        </w:tc>
        <w:tc>
          <w:tcPr>
            <w:tcW w:w="46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E7F162" w14:textId="77777777" w:rsidR="009A6D2A" w:rsidRDefault="009A6D2A" w:rsidP="00BB41A2">
            <w:pPr>
              <w:spacing w:after="0"/>
            </w:pP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243697" w14:textId="77777777" w:rsidR="009A6D2A" w:rsidRDefault="000733A1" w:rsidP="00BB41A2">
            <w:pPr>
              <w:spacing w:after="0"/>
            </w:pPr>
            <w:r>
              <w:rPr>
                <w:sz w:val="17"/>
              </w:rPr>
              <w:t>Матрица приоритетов, процесс эскалации</w:t>
            </w:r>
          </w:p>
        </w:tc>
      </w:tr>
      <w:tr w:rsidR="009A6D2A" w14:paraId="5CDCD2EA" w14:textId="77777777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0A0BB1" w14:textId="77777777" w:rsidR="009A6D2A" w:rsidRPr="00213727" w:rsidRDefault="000733A1" w:rsidP="00BB41A2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 xml:space="preserve">Планирование </w:t>
            </w:r>
            <w:proofErr w:type="spellStart"/>
            <w:r w:rsidRPr="00213727">
              <w:rPr>
                <w:sz w:val="17"/>
                <w:lang w:val="ru-RU"/>
              </w:rPr>
              <w:t>бэклога</w:t>
            </w:r>
            <w:proofErr w:type="spellEnd"/>
            <w:r w:rsidRPr="00213727">
              <w:rPr>
                <w:sz w:val="17"/>
                <w:lang w:val="ru-RU"/>
              </w:rPr>
              <w:t xml:space="preserve"> и управление изменениями</w:t>
            </w:r>
          </w:p>
        </w:tc>
        <w:tc>
          <w:tcPr>
            <w:tcW w:w="46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6F71CC" w14:textId="77777777" w:rsidR="009A6D2A" w:rsidRPr="00213727" w:rsidRDefault="009A6D2A" w:rsidP="00BB41A2">
            <w:pPr>
              <w:spacing w:after="0"/>
              <w:rPr>
                <w:lang w:val="ru-RU"/>
              </w:rPr>
            </w:pP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6D798D" w14:textId="77777777" w:rsidR="009A6D2A" w:rsidRDefault="000733A1" w:rsidP="00BB41A2">
            <w:pPr>
              <w:spacing w:after="0"/>
            </w:pPr>
            <w:proofErr w:type="spellStart"/>
            <w:r>
              <w:rPr>
                <w:sz w:val="17"/>
              </w:rPr>
              <w:t>Пример</w:t>
            </w:r>
            <w:proofErr w:type="spellEnd"/>
            <w:r>
              <w:rPr>
                <w:sz w:val="17"/>
              </w:rPr>
              <w:t xml:space="preserve"> backlog / change request</w:t>
            </w:r>
          </w:p>
        </w:tc>
      </w:tr>
      <w:tr w:rsidR="009A6D2A" w:rsidRPr="00577C2F" w14:paraId="4CE37938" w14:textId="77777777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9439CB" w14:textId="77777777" w:rsidR="009A6D2A" w:rsidRDefault="000733A1" w:rsidP="00BB41A2">
            <w:pPr>
              <w:spacing w:after="0"/>
            </w:pPr>
            <w:r>
              <w:rPr>
                <w:sz w:val="17"/>
              </w:rPr>
              <w:t>Контроль качества и тестирование</w:t>
            </w:r>
          </w:p>
        </w:tc>
        <w:tc>
          <w:tcPr>
            <w:tcW w:w="46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79F1F8" w14:textId="77777777" w:rsidR="009A6D2A" w:rsidRDefault="009A6D2A" w:rsidP="00BB41A2">
            <w:pPr>
              <w:spacing w:after="0"/>
            </w:pP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448D09" w14:textId="77777777" w:rsidR="009A6D2A" w:rsidRPr="00213727" w:rsidRDefault="000733A1" w:rsidP="00BB41A2">
            <w:pPr>
              <w:spacing w:after="0"/>
              <w:rPr>
                <w:lang w:val="ru-RU"/>
              </w:rPr>
            </w:pPr>
            <w:r>
              <w:rPr>
                <w:sz w:val="17"/>
              </w:rPr>
              <w:t>QA</w:t>
            </w:r>
            <w:r w:rsidRPr="00213727">
              <w:rPr>
                <w:sz w:val="17"/>
                <w:lang w:val="ru-RU"/>
              </w:rPr>
              <w:t xml:space="preserve">-подход, тестовая среда, </w:t>
            </w:r>
            <w:proofErr w:type="spellStart"/>
            <w:r w:rsidRPr="00213727">
              <w:rPr>
                <w:sz w:val="17"/>
                <w:lang w:val="ru-RU"/>
              </w:rPr>
              <w:t>релизный</w:t>
            </w:r>
            <w:proofErr w:type="spellEnd"/>
            <w:r w:rsidRPr="00213727">
              <w:rPr>
                <w:sz w:val="17"/>
                <w:lang w:val="ru-RU"/>
              </w:rPr>
              <w:t xml:space="preserve"> процесс</w:t>
            </w:r>
          </w:p>
        </w:tc>
      </w:tr>
      <w:tr w:rsidR="009A6D2A" w:rsidRPr="00577C2F" w14:paraId="1FF20F22" w14:textId="77777777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AE4936" w14:textId="77777777" w:rsidR="009A6D2A" w:rsidRDefault="000733A1" w:rsidP="00BB41A2">
            <w:pPr>
              <w:spacing w:after="0"/>
            </w:pPr>
            <w:proofErr w:type="spellStart"/>
            <w:r>
              <w:rPr>
                <w:sz w:val="17"/>
              </w:rPr>
              <w:t>Кибербезопасность</w:t>
            </w:r>
            <w:proofErr w:type="spellEnd"/>
            <w:r>
              <w:rPr>
                <w:sz w:val="17"/>
              </w:rPr>
              <w:t xml:space="preserve"> и </w:t>
            </w:r>
            <w:proofErr w:type="spellStart"/>
            <w:r>
              <w:rPr>
                <w:sz w:val="17"/>
              </w:rPr>
              <w:t>защита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данных</w:t>
            </w:r>
            <w:proofErr w:type="spellEnd"/>
          </w:p>
        </w:tc>
        <w:tc>
          <w:tcPr>
            <w:tcW w:w="46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3B7DBA" w14:textId="77777777" w:rsidR="009A6D2A" w:rsidRDefault="009A6D2A" w:rsidP="00BB41A2">
            <w:pPr>
              <w:spacing w:after="0"/>
            </w:pP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530BA2" w14:textId="77777777" w:rsidR="009A6D2A" w:rsidRPr="00213727" w:rsidRDefault="000733A1" w:rsidP="00BB41A2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>Подход к уязвимостям, 2</w:t>
            </w:r>
            <w:r>
              <w:rPr>
                <w:sz w:val="17"/>
              </w:rPr>
              <w:t>FA</w:t>
            </w:r>
            <w:r w:rsidRPr="00213727">
              <w:rPr>
                <w:sz w:val="17"/>
                <w:lang w:val="ru-RU"/>
              </w:rPr>
              <w:t>, мониторинг, реагирование</w:t>
            </w:r>
          </w:p>
        </w:tc>
      </w:tr>
      <w:tr w:rsidR="009A6D2A" w14:paraId="4D8678A7" w14:textId="77777777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3B578E" w14:textId="77777777" w:rsidR="009A6D2A" w:rsidRDefault="000733A1" w:rsidP="00BB41A2">
            <w:pPr>
              <w:spacing w:after="0"/>
            </w:pPr>
            <w:proofErr w:type="spellStart"/>
            <w:r>
              <w:rPr>
                <w:sz w:val="17"/>
              </w:rPr>
              <w:t>Отчётность</w:t>
            </w:r>
            <w:proofErr w:type="spellEnd"/>
            <w:r>
              <w:rPr>
                <w:sz w:val="17"/>
              </w:rPr>
              <w:t xml:space="preserve"> и </w:t>
            </w:r>
            <w:proofErr w:type="spellStart"/>
            <w:r>
              <w:rPr>
                <w:sz w:val="17"/>
              </w:rPr>
              <w:t>учёт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времени</w:t>
            </w:r>
            <w:proofErr w:type="spellEnd"/>
          </w:p>
        </w:tc>
        <w:tc>
          <w:tcPr>
            <w:tcW w:w="46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9AB203" w14:textId="77777777" w:rsidR="009A6D2A" w:rsidRDefault="009A6D2A" w:rsidP="00BB41A2">
            <w:pPr>
              <w:spacing w:after="0"/>
            </w:pP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ABE53F" w14:textId="77777777" w:rsidR="009A6D2A" w:rsidRDefault="000733A1" w:rsidP="00BB41A2">
            <w:pPr>
              <w:spacing w:after="0"/>
            </w:pPr>
            <w:r>
              <w:rPr>
                <w:sz w:val="17"/>
              </w:rPr>
              <w:t>Образец ежемесячного отчёта, timesheet</w:t>
            </w:r>
          </w:p>
        </w:tc>
      </w:tr>
      <w:tr w:rsidR="009A6D2A" w:rsidRPr="00577C2F" w14:paraId="3B64A96C" w14:textId="77777777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CF858C" w14:textId="77777777" w:rsidR="009A6D2A" w:rsidRPr="00213727" w:rsidRDefault="000733A1" w:rsidP="00BB41A2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>Передача знаний и завершение контракта</w:t>
            </w:r>
          </w:p>
        </w:tc>
        <w:tc>
          <w:tcPr>
            <w:tcW w:w="46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430E65" w14:textId="77777777" w:rsidR="009A6D2A" w:rsidRPr="00213727" w:rsidRDefault="009A6D2A" w:rsidP="00BB41A2">
            <w:pPr>
              <w:spacing w:after="0"/>
              <w:rPr>
                <w:lang w:val="ru-RU"/>
              </w:rPr>
            </w:pP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8C1DEC" w14:textId="77777777" w:rsidR="009A6D2A" w:rsidRPr="00213727" w:rsidRDefault="000733A1" w:rsidP="00BB41A2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 xml:space="preserve">План </w:t>
            </w:r>
            <w:r>
              <w:rPr>
                <w:sz w:val="17"/>
              </w:rPr>
              <w:t>handover</w:t>
            </w:r>
            <w:r w:rsidRPr="00213727">
              <w:rPr>
                <w:sz w:val="17"/>
                <w:lang w:val="ru-RU"/>
              </w:rPr>
              <w:t xml:space="preserve"> и передачи документации</w:t>
            </w:r>
          </w:p>
        </w:tc>
      </w:tr>
      <w:tr w:rsidR="00067AE3" w:rsidRPr="0038699F" w14:paraId="4C141A74" w14:textId="77777777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A0696C" w14:textId="5C141A73" w:rsidR="00067AE3" w:rsidRPr="00213727" w:rsidRDefault="008B4407" w:rsidP="00BB41A2">
            <w:pPr>
              <w:spacing w:after="0"/>
              <w:rPr>
                <w:sz w:val="17"/>
                <w:lang w:val="ru-RU"/>
              </w:rPr>
            </w:pPr>
            <w:r w:rsidRPr="008B4407">
              <w:rPr>
                <w:sz w:val="17"/>
                <w:lang w:val="ru-RU"/>
              </w:rPr>
              <w:t>Матрица RACI и распределение ответственности</w:t>
            </w:r>
          </w:p>
        </w:tc>
        <w:tc>
          <w:tcPr>
            <w:tcW w:w="46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F91B1E" w14:textId="77777777" w:rsidR="00067AE3" w:rsidRPr="00213727" w:rsidRDefault="00067AE3" w:rsidP="00BB41A2">
            <w:pPr>
              <w:spacing w:after="0"/>
              <w:rPr>
                <w:lang w:val="ru-RU"/>
              </w:rPr>
            </w:pP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92214B" w14:textId="02FAFDD2" w:rsidR="00067AE3" w:rsidRPr="00213727" w:rsidRDefault="008B4407" w:rsidP="00BB41A2">
            <w:pPr>
              <w:spacing w:after="0"/>
              <w:rPr>
                <w:sz w:val="17"/>
                <w:lang w:val="ru-RU"/>
              </w:rPr>
            </w:pPr>
            <w:r w:rsidRPr="008B4407">
              <w:rPr>
                <w:sz w:val="17"/>
                <w:lang w:val="ru-RU"/>
              </w:rPr>
              <w:t>Описать подход</w:t>
            </w:r>
          </w:p>
        </w:tc>
      </w:tr>
    </w:tbl>
    <w:p w14:paraId="70911FC4" w14:textId="77777777" w:rsidR="00942501" w:rsidRDefault="00942501" w:rsidP="00193CE5">
      <w:pPr>
        <w:pStyle w:val="Heading1"/>
        <w:spacing w:before="0"/>
      </w:pPr>
    </w:p>
    <w:p w14:paraId="6AEAEF45" w14:textId="0A7C99F1" w:rsidR="00193CE5" w:rsidRPr="00942501" w:rsidRDefault="00193CE5" w:rsidP="00193CE5">
      <w:pPr>
        <w:pStyle w:val="Heading1"/>
        <w:spacing w:before="0"/>
        <w:rPr>
          <w:lang w:val="ru-RU"/>
        </w:rPr>
      </w:pPr>
      <w:r w:rsidRPr="00942501">
        <w:rPr>
          <w:lang w:val="ru-RU"/>
        </w:rPr>
        <w:t>3.</w:t>
      </w:r>
      <w:r>
        <w:rPr>
          <w:lang w:val="ru-RU"/>
        </w:rPr>
        <w:t>1</w:t>
      </w:r>
      <w:r w:rsidRPr="00942501">
        <w:rPr>
          <w:lang w:val="ru-RU"/>
        </w:rPr>
        <w:t xml:space="preserve">. Планирование ресурсов и </w:t>
      </w:r>
      <w:r w:rsidRPr="00095B15">
        <w:t>Capacity</w:t>
      </w:r>
      <w:r w:rsidRPr="00942501">
        <w:rPr>
          <w:lang w:val="ru-RU"/>
        </w:rPr>
        <w:t xml:space="preserve"> </w:t>
      </w:r>
      <w:r w:rsidRPr="00095B15">
        <w:t>Management</w:t>
      </w:r>
    </w:p>
    <w:tbl>
      <w:tblPr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880"/>
        <w:gridCol w:w="4656"/>
        <w:gridCol w:w="2400"/>
      </w:tblGrid>
      <w:tr w:rsidR="00942501" w14:paraId="582478B9" w14:textId="77777777" w:rsidTr="0066401A">
        <w:trPr>
          <w:jc w:val="center"/>
        </w:trPr>
        <w:tc>
          <w:tcPr>
            <w:tcW w:w="288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ECBC60" w14:textId="77777777" w:rsidR="00942501" w:rsidRDefault="00942501" w:rsidP="00A656AC">
            <w:bookmarkStart w:id="1" w:name="_Hlk237449421"/>
            <w:proofErr w:type="spellStart"/>
            <w:r w:rsidRPr="00095B15">
              <w:rPr>
                <w:b/>
                <w:color w:val="FFFFFF"/>
                <w:sz w:val="17"/>
              </w:rPr>
              <w:t>Компонент</w:t>
            </w:r>
            <w:proofErr w:type="spellEnd"/>
          </w:p>
        </w:tc>
        <w:tc>
          <w:tcPr>
            <w:tcW w:w="4656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035C0F" w14:textId="77777777" w:rsidR="00942501" w:rsidRDefault="00942501" w:rsidP="00A656AC">
            <w:proofErr w:type="spellStart"/>
            <w:r w:rsidRPr="00095B15">
              <w:rPr>
                <w:b/>
                <w:color w:val="FFFFFF"/>
                <w:sz w:val="17"/>
              </w:rPr>
              <w:t>Описание</w:t>
            </w:r>
            <w:proofErr w:type="spellEnd"/>
            <w:r w:rsidRPr="00095B15">
              <w:rPr>
                <w:b/>
                <w:color w:val="FFFFFF"/>
                <w:sz w:val="17"/>
              </w:rPr>
              <w:t xml:space="preserve"> </w:t>
            </w:r>
            <w:proofErr w:type="spellStart"/>
            <w:r w:rsidRPr="00095B15">
              <w:rPr>
                <w:b/>
                <w:color w:val="FFFFFF"/>
                <w:sz w:val="17"/>
              </w:rPr>
              <w:t>участника</w:t>
            </w:r>
            <w:proofErr w:type="spellEnd"/>
          </w:p>
        </w:tc>
        <w:tc>
          <w:tcPr>
            <w:tcW w:w="240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EF733C" w14:textId="77777777" w:rsidR="00942501" w:rsidRDefault="00942501" w:rsidP="00A656AC">
            <w:proofErr w:type="spellStart"/>
            <w:r w:rsidRPr="00095B15">
              <w:rPr>
                <w:b/>
                <w:color w:val="FFFFFF"/>
                <w:sz w:val="17"/>
              </w:rPr>
              <w:t>Подтверждающие</w:t>
            </w:r>
            <w:proofErr w:type="spellEnd"/>
            <w:r w:rsidRPr="00095B15">
              <w:rPr>
                <w:b/>
                <w:color w:val="FFFFFF"/>
                <w:sz w:val="17"/>
              </w:rPr>
              <w:t xml:space="preserve"> </w:t>
            </w:r>
            <w:proofErr w:type="spellStart"/>
            <w:r w:rsidRPr="00095B15">
              <w:rPr>
                <w:b/>
                <w:color w:val="FFFFFF"/>
                <w:sz w:val="17"/>
              </w:rPr>
              <w:t>материалы</w:t>
            </w:r>
            <w:proofErr w:type="spellEnd"/>
            <w:r w:rsidRPr="00095B15">
              <w:rPr>
                <w:b/>
                <w:color w:val="FFFFFF"/>
                <w:sz w:val="17"/>
              </w:rPr>
              <w:t xml:space="preserve"> (</w:t>
            </w:r>
            <w:proofErr w:type="spellStart"/>
            <w:r w:rsidRPr="00095B15">
              <w:rPr>
                <w:b/>
                <w:color w:val="FFFFFF"/>
                <w:sz w:val="17"/>
              </w:rPr>
              <w:t>если</w:t>
            </w:r>
            <w:proofErr w:type="spellEnd"/>
            <w:r w:rsidRPr="00095B15">
              <w:rPr>
                <w:b/>
                <w:color w:val="FFFFFF"/>
                <w:sz w:val="17"/>
              </w:rPr>
              <w:t xml:space="preserve"> </w:t>
            </w:r>
            <w:proofErr w:type="spellStart"/>
            <w:r w:rsidRPr="00095B15">
              <w:rPr>
                <w:b/>
                <w:color w:val="FFFFFF"/>
                <w:sz w:val="17"/>
              </w:rPr>
              <w:t>применимо</w:t>
            </w:r>
            <w:proofErr w:type="spellEnd"/>
            <w:r w:rsidRPr="00095B15">
              <w:rPr>
                <w:b/>
                <w:color w:val="FFFFFF"/>
                <w:sz w:val="17"/>
              </w:rPr>
              <w:t>)</w:t>
            </w:r>
          </w:p>
        </w:tc>
      </w:tr>
      <w:tr w:rsidR="00942501" w:rsidRPr="00577C2F" w14:paraId="2603B610" w14:textId="77777777" w:rsidTr="0066401A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382654" w14:textId="67DA6ACE" w:rsidR="00942501" w:rsidRPr="00DD4DF8" w:rsidRDefault="00DD4DF8" w:rsidP="00A656AC">
            <w:pPr>
              <w:rPr>
                <w:sz w:val="17"/>
                <w:szCs w:val="17"/>
                <w:lang w:val="ru-RU"/>
              </w:rPr>
            </w:pPr>
            <w:r w:rsidRPr="00DD4DF8">
              <w:rPr>
                <w:sz w:val="17"/>
                <w:szCs w:val="17"/>
                <w:lang w:val="ru-RU"/>
              </w:rPr>
              <w:t>Предлагаемый ежемесячный банк часов (</w:t>
            </w:r>
            <w:r w:rsidRPr="00DD4DF8">
              <w:rPr>
                <w:sz w:val="17"/>
                <w:szCs w:val="17"/>
              </w:rPr>
              <w:t>Capacity</w:t>
            </w:r>
            <w:r w:rsidRPr="00DD4DF8">
              <w:rPr>
                <w:sz w:val="17"/>
                <w:szCs w:val="17"/>
                <w:lang w:val="ru-RU"/>
              </w:rPr>
              <w:t>)</w:t>
            </w:r>
          </w:p>
        </w:tc>
        <w:tc>
          <w:tcPr>
            <w:tcW w:w="465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23252E" w14:textId="77777777" w:rsidR="00942501" w:rsidRPr="00023642" w:rsidRDefault="00942501" w:rsidP="00A656AC">
            <w:pPr>
              <w:rPr>
                <w:sz w:val="17"/>
                <w:szCs w:val="17"/>
              </w:rPr>
            </w:pPr>
            <w:r w:rsidRPr="00023642">
              <w:rPr>
                <w:sz w:val="17"/>
                <w:szCs w:val="17"/>
                <w:lang w:val="ru-RU"/>
              </w:rPr>
              <w:t xml:space="preserve">Укажите предлагаемый ежемесячный объем доступных часов, который будет использоваться для оказания услуг по контракту. </w:t>
            </w:r>
            <w:proofErr w:type="spellStart"/>
            <w:r w:rsidRPr="00023642">
              <w:rPr>
                <w:sz w:val="17"/>
                <w:szCs w:val="17"/>
              </w:rPr>
              <w:t>Опишите</w:t>
            </w:r>
            <w:proofErr w:type="spellEnd"/>
            <w:r w:rsidRPr="00023642">
              <w:rPr>
                <w:sz w:val="17"/>
                <w:szCs w:val="17"/>
              </w:rPr>
              <w:t xml:space="preserve"> </w:t>
            </w:r>
            <w:proofErr w:type="spellStart"/>
            <w:r w:rsidRPr="00023642">
              <w:rPr>
                <w:sz w:val="17"/>
                <w:szCs w:val="17"/>
              </w:rPr>
              <w:t>подход</w:t>
            </w:r>
            <w:proofErr w:type="spellEnd"/>
            <w:r w:rsidRPr="00023642">
              <w:rPr>
                <w:sz w:val="17"/>
                <w:szCs w:val="17"/>
              </w:rPr>
              <w:t xml:space="preserve"> к </w:t>
            </w:r>
            <w:proofErr w:type="spellStart"/>
            <w:r w:rsidRPr="00023642">
              <w:rPr>
                <w:sz w:val="17"/>
                <w:szCs w:val="17"/>
              </w:rPr>
              <w:t>определению</w:t>
            </w:r>
            <w:proofErr w:type="spellEnd"/>
            <w:r w:rsidRPr="00023642">
              <w:rPr>
                <w:sz w:val="17"/>
                <w:szCs w:val="17"/>
              </w:rPr>
              <w:t xml:space="preserve"> и </w:t>
            </w:r>
            <w:proofErr w:type="spellStart"/>
            <w:r w:rsidRPr="00023642">
              <w:rPr>
                <w:sz w:val="17"/>
                <w:szCs w:val="17"/>
              </w:rPr>
              <w:t>поддержанию</w:t>
            </w:r>
            <w:proofErr w:type="spellEnd"/>
            <w:r w:rsidRPr="00023642">
              <w:rPr>
                <w:sz w:val="17"/>
                <w:szCs w:val="17"/>
              </w:rPr>
              <w:t xml:space="preserve"> </w:t>
            </w:r>
            <w:proofErr w:type="spellStart"/>
            <w:r w:rsidRPr="00023642">
              <w:rPr>
                <w:sz w:val="17"/>
                <w:szCs w:val="17"/>
              </w:rPr>
              <w:t>доступного</w:t>
            </w:r>
            <w:proofErr w:type="spellEnd"/>
            <w:r w:rsidRPr="00023642">
              <w:rPr>
                <w:sz w:val="17"/>
                <w:szCs w:val="17"/>
              </w:rPr>
              <w:t xml:space="preserve"> </w:t>
            </w:r>
            <w:proofErr w:type="spellStart"/>
            <w:r w:rsidRPr="00023642">
              <w:rPr>
                <w:sz w:val="17"/>
                <w:szCs w:val="17"/>
              </w:rPr>
              <w:t>объема</w:t>
            </w:r>
            <w:proofErr w:type="spellEnd"/>
            <w:r w:rsidRPr="00023642">
              <w:rPr>
                <w:sz w:val="17"/>
                <w:szCs w:val="17"/>
              </w:rPr>
              <w:t xml:space="preserve"> </w:t>
            </w:r>
            <w:proofErr w:type="spellStart"/>
            <w:r w:rsidRPr="00023642">
              <w:rPr>
                <w:sz w:val="17"/>
                <w:szCs w:val="17"/>
              </w:rPr>
              <w:t>ресурсов</w:t>
            </w:r>
            <w:proofErr w:type="spellEnd"/>
            <w:r w:rsidRPr="00023642">
              <w:rPr>
                <w:sz w:val="17"/>
                <w:szCs w:val="17"/>
              </w:rPr>
              <w:t>.</w:t>
            </w:r>
          </w:p>
        </w:tc>
        <w:tc>
          <w:tcPr>
            <w:tcW w:w="24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562630" w14:textId="77777777" w:rsidR="00942501" w:rsidRPr="00023642" w:rsidRDefault="00942501" w:rsidP="00A656AC">
            <w:pPr>
              <w:rPr>
                <w:sz w:val="17"/>
                <w:szCs w:val="17"/>
                <w:lang w:val="ru-RU"/>
              </w:rPr>
            </w:pPr>
            <w:r w:rsidRPr="00023642">
              <w:rPr>
                <w:sz w:val="17"/>
                <w:szCs w:val="17"/>
                <w:lang w:val="ru-RU"/>
              </w:rPr>
              <w:t>План загрузки команды, ресурсный план</w:t>
            </w:r>
          </w:p>
        </w:tc>
      </w:tr>
      <w:tr w:rsidR="00942501" w:rsidRPr="00577C2F" w14:paraId="3B30BA4D" w14:textId="77777777" w:rsidTr="0066401A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45D3C0" w14:textId="77777777" w:rsidR="00942501" w:rsidRPr="00804468" w:rsidRDefault="00942501" w:rsidP="00A656AC">
            <w:pPr>
              <w:rPr>
                <w:sz w:val="17"/>
                <w:szCs w:val="17"/>
                <w:lang w:val="ru-RU"/>
              </w:rPr>
            </w:pPr>
            <w:r w:rsidRPr="00804468">
              <w:rPr>
                <w:sz w:val="17"/>
                <w:szCs w:val="17"/>
                <w:lang w:val="ru-RU"/>
              </w:rPr>
              <w:t>Распределение часов по категориям работ</w:t>
            </w:r>
          </w:p>
        </w:tc>
        <w:tc>
          <w:tcPr>
            <w:tcW w:w="465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D9379B" w14:textId="77777777" w:rsidR="00942501" w:rsidRPr="00804468" w:rsidRDefault="00942501" w:rsidP="00A656AC">
            <w:pPr>
              <w:rPr>
                <w:sz w:val="17"/>
                <w:szCs w:val="17"/>
                <w:lang w:val="ru-RU"/>
              </w:rPr>
            </w:pPr>
            <w:r w:rsidRPr="00804468">
              <w:rPr>
                <w:sz w:val="17"/>
                <w:szCs w:val="17"/>
                <w:lang w:val="ru-RU"/>
              </w:rPr>
              <w:t xml:space="preserve">Опишите подход к распределению доступных часов между следующими категориями работ: </w:t>
            </w:r>
          </w:p>
        </w:tc>
        <w:tc>
          <w:tcPr>
            <w:tcW w:w="24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36FA65" w14:textId="77777777" w:rsidR="00942501" w:rsidRPr="00804468" w:rsidRDefault="00942501" w:rsidP="00A656AC">
            <w:pPr>
              <w:rPr>
                <w:sz w:val="17"/>
                <w:szCs w:val="17"/>
                <w:lang w:val="ru-RU"/>
              </w:rPr>
            </w:pPr>
            <w:r w:rsidRPr="00804468">
              <w:rPr>
                <w:sz w:val="17"/>
                <w:szCs w:val="17"/>
                <w:lang w:val="ru-RU"/>
              </w:rPr>
              <w:t>Распределение часов по категориям работ</w:t>
            </w:r>
          </w:p>
        </w:tc>
      </w:tr>
      <w:tr w:rsidR="00942501" w:rsidRPr="00577C2F" w14:paraId="6DA27E19" w14:textId="77777777" w:rsidTr="0066401A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67EBFF" w14:textId="77777777" w:rsidR="00942501" w:rsidRPr="00C106AD" w:rsidRDefault="00942501" w:rsidP="00A656AC">
            <w:pPr>
              <w:rPr>
                <w:b/>
                <w:bCs/>
                <w:sz w:val="17"/>
                <w:szCs w:val="17"/>
                <w:lang w:val="ru-RU"/>
              </w:rPr>
            </w:pPr>
            <w:r w:rsidRPr="00C106AD">
              <w:rPr>
                <w:rStyle w:val="Strong"/>
                <w:b w:val="0"/>
                <w:bCs w:val="0"/>
                <w:sz w:val="17"/>
                <w:szCs w:val="17"/>
                <w:lang w:val="ru-RU"/>
              </w:rPr>
              <w:t xml:space="preserve">Ежеквартальное планирование и пересмотр </w:t>
            </w:r>
            <w:r w:rsidRPr="00C106AD">
              <w:rPr>
                <w:rStyle w:val="Strong"/>
                <w:b w:val="0"/>
                <w:bCs w:val="0"/>
                <w:sz w:val="17"/>
                <w:szCs w:val="17"/>
              </w:rPr>
              <w:t>backlog</w:t>
            </w:r>
          </w:p>
        </w:tc>
        <w:tc>
          <w:tcPr>
            <w:tcW w:w="46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D56F2D" w14:textId="77777777" w:rsidR="00942501" w:rsidRPr="00804468" w:rsidRDefault="00942501" w:rsidP="00A656AC">
            <w:pPr>
              <w:rPr>
                <w:sz w:val="17"/>
                <w:szCs w:val="17"/>
                <w:lang w:val="ru-RU"/>
              </w:rPr>
            </w:pPr>
            <w:r w:rsidRPr="00804468">
              <w:rPr>
                <w:sz w:val="17"/>
                <w:szCs w:val="17"/>
                <w:lang w:val="ru-RU"/>
              </w:rPr>
              <w:t xml:space="preserve">Опишите процесс формирования, </w:t>
            </w:r>
            <w:proofErr w:type="spellStart"/>
            <w:r w:rsidRPr="00804468">
              <w:rPr>
                <w:sz w:val="17"/>
                <w:szCs w:val="17"/>
                <w:lang w:val="ru-RU"/>
              </w:rPr>
              <w:t>приоритизации</w:t>
            </w:r>
            <w:proofErr w:type="spellEnd"/>
            <w:r w:rsidRPr="00804468">
              <w:rPr>
                <w:sz w:val="17"/>
                <w:szCs w:val="17"/>
                <w:lang w:val="ru-RU"/>
              </w:rPr>
              <w:t xml:space="preserve">, пересмотра и согласования </w:t>
            </w:r>
            <w:r w:rsidRPr="00804468">
              <w:rPr>
                <w:sz w:val="17"/>
                <w:szCs w:val="17"/>
              </w:rPr>
              <w:t>backlog</w:t>
            </w:r>
            <w:r w:rsidRPr="00804468">
              <w:rPr>
                <w:sz w:val="17"/>
                <w:szCs w:val="17"/>
                <w:lang w:val="ru-RU"/>
              </w:rPr>
              <w:t xml:space="preserve">, включая порядок взаимодействия с </w:t>
            </w:r>
            <w:r w:rsidRPr="00804468">
              <w:rPr>
                <w:sz w:val="17"/>
                <w:szCs w:val="17"/>
              </w:rPr>
              <w:t>UNICEF</w:t>
            </w:r>
            <w:r w:rsidRPr="00804468">
              <w:rPr>
                <w:sz w:val="17"/>
                <w:szCs w:val="17"/>
                <w:lang w:val="ru-RU"/>
              </w:rPr>
              <w:t xml:space="preserve"> при определении приоритетов и планировании работ.</w:t>
            </w:r>
          </w:p>
        </w:tc>
        <w:tc>
          <w:tcPr>
            <w:tcW w:w="24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16ED83" w14:textId="77777777" w:rsidR="00942501" w:rsidRPr="00804468" w:rsidRDefault="00942501" w:rsidP="00A656AC">
            <w:pPr>
              <w:rPr>
                <w:sz w:val="17"/>
                <w:szCs w:val="17"/>
                <w:lang w:val="ru-RU"/>
              </w:rPr>
            </w:pPr>
            <w:r w:rsidRPr="00804468">
              <w:rPr>
                <w:sz w:val="17"/>
                <w:szCs w:val="17"/>
                <w:lang w:val="ru-RU"/>
              </w:rPr>
              <w:t xml:space="preserve">Пример </w:t>
            </w:r>
            <w:r w:rsidRPr="00804468">
              <w:rPr>
                <w:sz w:val="17"/>
                <w:szCs w:val="17"/>
              </w:rPr>
              <w:t>backlog</w:t>
            </w:r>
            <w:r w:rsidRPr="00804468">
              <w:rPr>
                <w:sz w:val="17"/>
                <w:szCs w:val="17"/>
                <w:lang w:val="ru-RU"/>
              </w:rPr>
              <w:t xml:space="preserve">, </w:t>
            </w:r>
            <w:r w:rsidRPr="00804468">
              <w:rPr>
                <w:sz w:val="17"/>
                <w:szCs w:val="17"/>
              </w:rPr>
              <w:t>roadmap</w:t>
            </w:r>
            <w:r w:rsidRPr="00804468">
              <w:rPr>
                <w:sz w:val="17"/>
                <w:szCs w:val="17"/>
                <w:lang w:val="ru-RU"/>
              </w:rPr>
              <w:t>, план квартального цикла</w:t>
            </w:r>
          </w:p>
        </w:tc>
      </w:tr>
      <w:tr w:rsidR="00942501" w:rsidRPr="00577C2F" w14:paraId="694D0AB1" w14:textId="77777777" w:rsidTr="0066401A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CC782D" w14:textId="77777777" w:rsidR="00942501" w:rsidRPr="00C106AD" w:rsidRDefault="00942501" w:rsidP="00A656AC">
            <w:pPr>
              <w:rPr>
                <w:b/>
                <w:bCs/>
                <w:sz w:val="17"/>
                <w:szCs w:val="17"/>
                <w:lang w:val="ru-RU"/>
              </w:rPr>
            </w:pPr>
            <w:r w:rsidRPr="00C106AD">
              <w:rPr>
                <w:rStyle w:val="Strong"/>
                <w:b w:val="0"/>
                <w:bCs w:val="0"/>
                <w:sz w:val="17"/>
                <w:szCs w:val="17"/>
                <w:lang w:val="ru-RU"/>
              </w:rPr>
              <w:t>Перераспределение часов и управление изменениями</w:t>
            </w:r>
          </w:p>
        </w:tc>
        <w:tc>
          <w:tcPr>
            <w:tcW w:w="46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2B09D2" w14:textId="77777777" w:rsidR="00942501" w:rsidRPr="00804468" w:rsidRDefault="00942501" w:rsidP="00A656AC">
            <w:pPr>
              <w:rPr>
                <w:sz w:val="17"/>
                <w:szCs w:val="17"/>
                <w:lang w:val="ru-RU"/>
              </w:rPr>
            </w:pPr>
            <w:r w:rsidRPr="00804468">
              <w:rPr>
                <w:sz w:val="17"/>
                <w:szCs w:val="17"/>
                <w:lang w:val="ru-RU"/>
              </w:rPr>
              <w:t>Опишите порядок перераспределения часов между категориями работ, включая процедуру согласования существенных изменений приоритетов или загрузки ресурсов.</w:t>
            </w:r>
          </w:p>
        </w:tc>
        <w:tc>
          <w:tcPr>
            <w:tcW w:w="24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24B553" w14:textId="77777777" w:rsidR="00942501" w:rsidRPr="00804468" w:rsidRDefault="00942501" w:rsidP="00A656AC">
            <w:pPr>
              <w:rPr>
                <w:sz w:val="17"/>
                <w:szCs w:val="17"/>
                <w:lang w:val="ru-RU"/>
              </w:rPr>
            </w:pPr>
            <w:r w:rsidRPr="00804468">
              <w:rPr>
                <w:sz w:val="17"/>
                <w:szCs w:val="17"/>
                <w:lang w:val="ru-RU"/>
              </w:rPr>
              <w:t xml:space="preserve">Пример </w:t>
            </w:r>
            <w:r w:rsidRPr="00804468">
              <w:rPr>
                <w:sz w:val="17"/>
                <w:szCs w:val="17"/>
              </w:rPr>
              <w:t>change</w:t>
            </w:r>
            <w:r w:rsidRPr="00804468">
              <w:rPr>
                <w:sz w:val="17"/>
                <w:szCs w:val="17"/>
                <w:lang w:val="ru-RU"/>
              </w:rPr>
              <w:t xml:space="preserve"> </w:t>
            </w:r>
            <w:r w:rsidRPr="00804468">
              <w:rPr>
                <w:sz w:val="17"/>
                <w:szCs w:val="17"/>
              </w:rPr>
              <w:t>request</w:t>
            </w:r>
            <w:r w:rsidRPr="00804468">
              <w:rPr>
                <w:sz w:val="17"/>
                <w:szCs w:val="17"/>
                <w:lang w:val="ru-RU"/>
              </w:rPr>
              <w:t>, процедура согласования изменений</w:t>
            </w:r>
          </w:p>
        </w:tc>
      </w:tr>
      <w:tr w:rsidR="00942501" w14:paraId="2BE31C97" w14:textId="77777777" w:rsidTr="0066401A">
        <w:trPr>
          <w:jc w:val="center"/>
        </w:trPr>
        <w:tc>
          <w:tcPr>
            <w:tcW w:w="28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A00476" w14:textId="77777777" w:rsidR="00942501" w:rsidRPr="00804468" w:rsidRDefault="00942501" w:rsidP="00A656AC">
            <w:pPr>
              <w:rPr>
                <w:sz w:val="17"/>
                <w:szCs w:val="17"/>
                <w:lang w:val="ru-RU"/>
              </w:rPr>
            </w:pPr>
            <w:r w:rsidRPr="00804468">
              <w:rPr>
                <w:sz w:val="17"/>
                <w:szCs w:val="17"/>
                <w:lang w:val="ru-RU"/>
              </w:rPr>
              <w:t>Мониторинг использования банка часов и отчетность</w:t>
            </w:r>
          </w:p>
        </w:tc>
        <w:tc>
          <w:tcPr>
            <w:tcW w:w="465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1845AB" w14:textId="77777777" w:rsidR="00942501" w:rsidRDefault="00942501" w:rsidP="00A656AC">
            <w:pPr>
              <w:rPr>
                <w:sz w:val="17"/>
                <w:szCs w:val="17"/>
                <w:lang w:val="ru-RU"/>
              </w:rPr>
            </w:pPr>
            <w:r w:rsidRPr="00804468">
              <w:rPr>
                <w:sz w:val="17"/>
                <w:szCs w:val="17"/>
                <w:lang w:val="ru-RU"/>
              </w:rPr>
              <w:t xml:space="preserve">Опишите подход к учету рабочего времени, контролю использования банка часов, мониторингу остатка доступных ресурсов и подготовке отчетности для </w:t>
            </w:r>
            <w:r w:rsidRPr="00804468">
              <w:rPr>
                <w:sz w:val="17"/>
                <w:szCs w:val="17"/>
              </w:rPr>
              <w:t>UNICEF</w:t>
            </w:r>
            <w:r w:rsidRPr="00804468">
              <w:rPr>
                <w:sz w:val="17"/>
                <w:szCs w:val="17"/>
                <w:lang w:val="ru-RU"/>
              </w:rPr>
              <w:t>.</w:t>
            </w:r>
          </w:p>
          <w:p w14:paraId="1ED591E0" w14:textId="77777777" w:rsidR="00815EEA" w:rsidRPr="00815EEA" w:rsidRDefault="00815EEA" w:rsidP="00815EEA">
            <w:pPr>
              <w:rPr>
                <w:sz w:val="17"/>
                <w:szCs w:val="17"/>
                <w:lang w:val="ru-RU"/>
              </w:rPr>
            </w:pPr>
          </w:p>
          <w:p w14:paraId="54D80CBD" w14:textId="77777777" w:rsidR="00815EEA" w:rsidRPr="00815EEA" w:rsidRDefault="00815EEA" w:rsidP="00815EEA">
            <w:pPr>
              <w:jc w:val="center"/>
              <w:rPr>
                <w:sz w:val="17"/>
                <w:szCs w:val="17"/>
                <w:lang w:val="ru-RU"/>
              </w:rPr>
            </w:pPr>
          </w:p>
        </w:tc>
        <w:tc>
          <w:tcPr>
            <w:tcW w:w="24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6DA1BF" w14:textId="77777777" w:rsidR="00942501" w:rsidRPr="00804468" w:rsidRDefault="00942501" w:rsidP="00A656AC">
            <w:pPr>
              <w:rPr>
                <w:sz w:val="17"/>
                <w:szCs w:val="17"/>
              </w:rPr>
            </w:pPr>
            <w:proofErr w:type="spellStart"/>
            <w:r w:rsidRPr="00804468">
              <w:rPr>
                <w:sz w:val="17"/>
                <w:szCs w:val="17"/>
              </w:rPr>
              <w:lastRenderedPageBreak/>
              <w:t>Пример</w:t>
            </w:r>
            <w:proofErr w:type="spellEnd"/>
            <w:r w:rsidRPr="00804468">
              <w:rPr>
                <w:sz w:val="17"/>
                <w:szCs w:val="17"/>
              </w:rPr>
              <w:t xml:space="preserve"> timesheet, </w:t>
            </w:r>
            <w:proofErr w:type="spellStart"/>
            <w:r w:rsidRPr="00804468">
              <w:rPr>
                <w:sz w:val="17"/>
                <w:szCs w:val="17"/>
              </w:rPr>
              <w:t>ежемесячный</w:t>
            </w:r>
            <w:proofErr w:type="spellEnd"/>
            <w:r w:rsidRPr="00804468">
              <w:rPr>
                <w:sz w:val="17"/>
                <w:szCs w:val="17"/>
              </w:rPr>
              <w:t xml:space="preserve"> </w:t>
            </w:r>
            <w:proofErr w:type="spellStart"/>
            <w:r w:rsidRPr="00804468">
              <w:rPr>
                <w:sz w:val="17"/>
                <w:szCs w:val="17"/>
              </w:rPr>
              <w:t>отчет</w:t>
            </w:r>
            <w:proofErr w:type="spellEnd"/>
            <w:r w:rsidRPr="00804468">
              <w:rPr>
                <w:sz w:val="17"/>
                <w:szCs w:val="17"/>
              </w:rPr>
              <w:t>, capacity report</w:t>
            </w:r>
          </w:p>
        </w:tc>
      </w:tr>
    </w:tbl>
    <w:bookmarkEnd w:id="1"/>
    <w:p w14:paraId="1DB2200A" w14:textId="77777777" w:rsidR="007F4AA3" w:rsidRPr="00210B32" w:rsidRDefault="007F4AA3" w:rsidP="007F4AA3">
      <w:pPr>
        <w:pStyle w:val="Heading3"/>
        <w:spacing w:line="300" w:lineRule="atLeast"/>
        <w:rPr>
          <w:rFonts w:cstheme="majorHAnsi"/>
          <w:sz w:val="26"/>
          <w:szCs w:val="26"/>
          <w:lang w:val="ru-RU"/>
        </w:rPr>
      </w:pPr>
      <w:r w:rsidRPr="00210B32">
        <w:rPr>
          <w:rFonts w:cstheme="majorHAnsi"/>
          <w:sz w:val="26"/>
          <w:szCs w:val="26"/>
          <w:lang w:val="ru-RU"/>
        </w:rPr>
        <w:t xml:space="preserve">3.2. Матрица </w:t>
      </w:r>
      <w:r w:rsidRPr="00210B32">
        <w:rPr>
          <w:rFonts w:cstheme="majorHAnsi"/>
          <w:sz w:val="26"/>
          <w:szCs w:val="26"/>
        </w:rPr>
        <w:t>RACI</w:t>
      </w:r>
      <w:r w:rsidRPr="00210B32">
        <w:rPr>
          <w:rFonts w:cstheme="majorHAnsi"/>
          <w:sz w:val="26"/>
          <w:szCs w:val="26"/>
          <w:lang w:val="ru-RU"/>
        </w:rPr>
        <w:t xml:space="preserve"> и распределение ответственности</w:t>
      </w:r>
    </w:p>
    <w:tbl>
      <w:tblPr>
        <w:tblW w:w="10305" w:type="dxa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3927"/>
        <w:gridCol w:w="1540"/>
        <w:gridCol w:w="1540"/>
        <w:gridCol w:w="1540"/>
        <w:gridCol w:w="1758"/>
      </w:tblGrid>
      <w:tr w:rsidR="00684B70" w14:paraId="4ECF6730" w14:textId="77777777" w:rsidTr="00EA3A0E">
        <w:trPr>
          <w:jc w:val="center"/>
        </w:trPr>
        <w:tc>
          <w:tcPr>
            <w:tcW w:w="3927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274090" w14:textId="23C195C4" w:rsidR="00684B70" w:rsidRDefault="00684B70" w:rsidP="00684B70">
            <w:proofErr w:type="spellStart"/>
            <w:r w:rsidRPr="007F4AA3">
              <w:rPr>
                <w:b/>
                <w:color w:val="FFFFFF"/>
                <w:sz w:val="17"/>
              </w:rPr>
              <w:t>Ключевой</w:t>
            </w:r>
            <w:proofErr w:type="spellEnd"/>
            <w:r w:rsidRPr="007F4AA3">
              <w:rPr>
                <w:b/>
                <w:color w:val="FFFFFF"/>
                <w:sz w:val="17"/>
              </w:rPr>
              <w:t xml:space="preserve"> </w:t>
            </w:r>
            <w:proofErr w:type="spellStart"/>
            <w:r w:rsidRPr="007F4AA3">
              <w:rPr>
                <w:b/>
                <w:color w:val="FFFFFF"/>
                <w:sz w:val="17"/>
              </w:rPr>
              <w:t>процесс</w:t>
            </w:r>
            <w:proofErr w:type="spellEnd"/>
          </w:p>
        </w:tc>
        <w:tc>
          <w:tcPr>
            <w:tcW w:w="154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EEE9DF" w14:textId="6A7DF9F4" w:rsidR="00684B70" w:rsidRDefault="00684B70" w:rsidP="00684B70">
            <w:r w:rsidRPr="007F4AA3">
              <w:rPr>
                <w:b/>
                <w:color w:val="FFFFFF"/>
                <w:sz w:val="17"/>
              </w:rPr>
              <w:t>Responsible (R</w:t>
            </w:r>
            <w:r>
              <w:rPr>
                <w:b/>
                <w:color w:val="FFFFFF"/>
                <w:sz w:val="17"/>
              </w:rPr>
              <w:t>)</w:t>
            </w:r>
          </w:p>
        </w:tc>
        <w:tc>
          <w:tcPr>
            <w:tcW w:w="1540" w:type="dxa"/>
            <w:shd w:val="clear" w:color="auto" w:fill="1F4E79"/>
            <w:vAlign w:val="center"/>
          </w:tcPr>
          <w:p w14:paraId="33E497C0" w14:textId="7666BE95" w:rsidR="00684B70" w:rsidRDefault="00684B70" w:rsidP="00684B70">
            <w:r w:rsidRPr="007F4AA3">
              <w:rPr>
                <w:b/>
                <w:color w:val="FFFFFF"/>
                <w:sz w:val="17"/>
              </w:rPr>
              <w:t>Accountable (A)</w:t>
            </w:r>
          </w:p>
        </w:tc>
        <w:tc>
          <w:tcPr>
            <w:tcW w:w="154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5FED2D" w14:textId="09378119" w:rsidR="00684B70" w:rsidRDefault="00684B70" w:rsidP="00684B70">
            <w:r w:rsidRPr="007F4AA3">
              <w:rPr>
                <w:b/>
                <w:color w:val="FFFFFF"/>
                <w:sz w:val="17"/>
              </w:rPr>
              <w:t>Consulted (C)</w:t>
            </w:r>
          </w:p>
        </w:tc>
        <w:tc>
          <w:tcPr>
            <w:tcW w:w="1758" w:type="dxa"/>
            <w:shd w:val="clear" w:color="auto" w:fill="1F4E79"/>
            <w:vAlign w:val="center"/>
          </w:tcPr>
          <w:p w14:paraId="639E6682" w14:textId="278DA026" w:rsidR="00684B70" w:rsidRDefault="00684B70" w:rsidP="00684B70">
            <w:r w:rsidRPr="007F4AA3">
              <w:rPr>
                <w:b/>
                <w:color w:val="FFFFFF"/>
                <w:sz w:val="17"/>
              </w:rPr>
              <w:t>Informed (I)</w:t>
            </w:r>
          </w:p>
        </w:tc>
      </w:tr>
      <w:tr w:rsidR="00684B70" w:rsidRPr="005C1683" w14:paraId="57AE4BDF" w14:textId="77777777" w:rsidTr="00EA3A0E">
        <w:trPr>
          <w:jc w:val="center"/>
        </w:trPr>
        <w:tc>
          <w:tcPr>
            <w:tcW w:w="3927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B66DBD" w14:textId="4D9EBB01" w:rsidR="00684B70" w:rsidRPr="005C1683" w:rsidRDefault="00684B70" w:rsidP="00684B70">
            <w:pPr>
              <w:rPr>
                <w:sz w:val="17"/>
                <w:szCs w:val="17"/>
              </w:rPr>
            </w:pPr>
            <w:proofErr w:type="spellStart"/>
            <w:r w:rsidRPr="00684B70">
              <w:rPr>
                <w:bCs/>
                <w:sz w:val="17"/>
              </w:rPr>
              <w:t>Управление</w:t>
            </w:r>
            <w:proofErr w:type="spellEnd"/>
            <w:r w:rsidRPr="00684B70">
              <w:rPr>
                <w:bCs/>
                <w:sz w:val="17"/>
              </w:rPr>
              <w:t xml:space="preserve"> </w:t>
            </w:r>
            <w:proofErr w:type="spellStart"/>
            <w:r w:rsidRPr="00684B70">
              <w:rPr>
                <w:bCs/>
                <w:sz w:val="17"/>
              </w:rPr>
              <w:t>инцидентами</w:t>
            </w:r>
            <w:proofErr w:type="spellEnd"/>
            <w:r w:rsidRPr="00684B70">
              <w:rPr>
                <w:bCs/>
                <w:sz w:val="17"/>
              </w:rPr>
              <w:t xml:space="preserve"> и </w:t>
            </w:r>
            <w:proofErr w:type="spellStart"/>
            <w:r w:rsidRPr="00684B70">
              <w:rPr>
                <w:bCs/>
                <w:sz w:val="17"/>
              </w:rPr>
              <w:t>эскалация</w:t>
            </w:r>
            <w:proofErr w:type="spellEnd"/>
          </w:p>
        </w:tc>
        <w:tc>
          <w:tcPr>
            <w:tcW w:w="15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115287" w14:textId="77777777" w:rsidR="00684B70" w:rsidRPr="00023642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</w:tcPr>
          <w:p w14:paraId="429CA235" w14:textId="6F8471DE" w:rsidR="00684B70" w:rsidRPr="00023642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60B2A7" w14:textId="77777777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758" w:type="dxa"/>
          </w:tcPr>
          <w:p w14:paraId="0E07AE16" w14:textId="62CB4D48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</w:tr>
      <w:tr w:rsidR="00684B70" w:rsidRPr="005C1683" w14:paraId="35ECC8FF" w14:textId="77777777" w:rsidTr="00EA3A0E">
        <w:trPr>
          <w:jc w:val="center"/>
        </w:trPr>
        <w:tc>
          <w:tcPr>
            <w:tcW w:w="3927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A18799" w14:textId="05E86E11" w:rsidR="00684B70" w:rsidRPr="005C1683" w:rsidRDefault="00684B70" w:rsidP="00684B70">
            <w:pPr>
              <w:rPr>
                <w:sz w:val="17"/>
                <w:szCs w:val="17"/>
              </w:rPr>
            </w:pPr>
            <w:proofErr w:type="spellStart"/>
            <w:r w:rsidRPr="00684B70">
              <w:rPr>
                <w:bCs/>
                <w:sz w:val="17"/>
              </w:rPr>
              <w:t>Планирование</w:t>
            </w:r>
            <w:proofErr w:type="spellEnd"/>
            <w:r w:rsidRPr="00684B70">
              <w:rPr>
                <w:bCs/>
                <w:sz w:val="17"/>
              </w:rPr>
              <w:t xml:space="preserve"> и </w:t>
            </w:r>
            <w:proofErr w:type="spellStart"/>
            <w:r w:rsidRPr="00684B70">
              <w:rPr>
                <w:bCs/>
                <w:sz w:val="17"/>
              </w:rPr>
              <w:t>приоритизация</w:t>
            </w:r>
            <w:proofErr w:type="spellEnd"/>
            <w:r w:rsidRPr="00684B70">
              <w:rPr>
                <w:bCs/>
                <w:sz w:val="17"/>
              </w:rPr>
              <w:t xml:space="preserve"> backlog</w:t>
            </w:r>
          </w:p>
        </w:tc>
        <w:tc>
          <w:tcPr>
            <w:tcW w:w="15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C1B2C2" w14:textId="77777777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</w:tcPr>
          <w:p w14:paraId="53DBCD66" w14:textId="0BA9B642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6C842A" w14:textId="77777777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758" w:type="dxa"/>
          </w:tcPr>
          <w:p w14:paraId="3263B392" w14:textId="458B7DF9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</w:tr>
      <w:tr w:rsidR="00684B70" w:rsidRPr="005C1683" w14:paraId="22F00A85" w14:textId="77777777" w:rsidTr="00EA3A0E">
        <w:trPr>
          <w:jc w:val="center"/>
        </w:trPr>
        <w:tc>
          <w:tcPr>
            <w:tcW w:w="39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E7BA1F" w14:textId="56E23DC1" w:rsidR="00684B70" w:rsidRPr="005C1683" w:rsidRDefault="00684B70" w:rsidP="00684B70">
            <w:pPr>
              <w:rPr>
                <w:b/>
                <w:bCs/>
                <w:sz w:val="17"/>
                <w:szCs w:val="17"/>
              </w:rPr>
            </w:pPr>
            <w:proofErr w:type="spellStart"/>
            <w:r w:rsidRPr="00684B70">
              <w:rPr>
                <w:bCs/>
                <w:sz w:val="17"/>
              </w:rPr>
              <w:t>Управление</w:t>
            </w:r>
            <w:proofErr w:type="spellEnd"/>
            <w:r w:rsidRPr="00684B70">
              <w:rPr>
                <w:bCs/>
                <w:sz w:val="17"/>
              </w:rPr>
              <w:t xml:space="preserve"> </w:t>
            </w:r>
            <w:proofErr w:type="spellStart"/>
            <w:r w:rsidRPr="00684B70">
              <w:rPr>
                <w:bCs/>
                <w:sz w:val="17"/>
              </w:rPr>
              <w:t>запросами</w:t>
            </w:r>
            <w:proofErr w:type="spellEnd"/>
            <w:r w:rsidRPr="00684B70">
              <w:rPr>
                <w:bCs/>
                <w:sz w:val="17"/>
              </w:rPr>
              <w:t xml:space="preserve"> </w:t>
            </w:r>
            <w:proofErr w:type="spellStart"/>
            <w:r w:rsidRPr="00684B70">
              <w:rPr>
                <w:bCs/>
                <w:sz w:val="17"/>
              </w:rPr>
              <w:t>на</w:t>
            </w:r>
            <w:proofErr w:type="spellEnd"/>
            <w:r w:rsidRPr="00684B70">
              <w:rPr>
                <w:bCs/>
                <w:sz w:val="17"/>
              </w:rPr>
              <w:t xml:space="preserve"> </w:t>
            </w:r>
            <w:proofErr w:type="spellStart"/>
            <w:r w:rsidRPr="00684B70">
              <w:rPr>
                <w:bCs/>
                <w:sz w:val="17"/>
              </w:rPr>
              <w:t>изменение</w:t>
            </w:r>
            <w:proofErr w:type="spellEnd"/>
          </w:p>
        </w:tc>
        <w:tc>
          <w:tcPr>
            <w:tcW w:w="15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75AC48" w14:textId="77777777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vAlign w:val="center"/>
          </w:tcPr>
          <w:p w14:paraId="6FDC2F25" w14:textId="030BD1A0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D90F95" w14:textId="77777777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758" w:type="dxa"/>
            <w:vAlign w:val="center"/>
          </w:tcPr>
          <w:p w14:paraId="6D099041" w14:textId="087E2834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</w:tr>
      <w:tr w:rsidR="00684B70" w:rsidRPr="005C1683" w14:paraId="562BB91C" w14:textId="77777777" w:rsidTr="00EA3A0E">
        <w:trPr>
          <w:jc w:val="center"/>
        </w:trPr>
        <w:tc>
          <w:tcPr>
            <w:tcW w:w="39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D0625C" w14:textId="3AABFE28" w:rsidR="00684B70" w:rsidRPr="005C1683" w:rsidRDefault="00684B70" w:rsidP="00684B70">
            <w:pPr>
              <w:rPr>
                <w:b/>
                <w:bCs/>
                <w:sz w:val="17"/>
                <w:szCs w:val="17"/>
              </w:rPr>
            </w:pPr>
            <w:proofErr w:type="spellStart"/>
            <w:r w:rsidRPr="00684B70">
              <w:rPr>
                <w:bCs/>
                <w:sz w:val="17"/>
              </w:rPr>
              <w:t>Разработка</w:t>
            </w:r>
            <w:proofErr w:type="spellEnd"/>
            <w:r w:rsidRPr="00684B70">
              <w:rPr>
                <w:bCs/>
                <w:sz w:val="17"/>
              </w:rPr>
              <w:t xml:space="preserve"> и </w:t>
            </w:r>
            <w:proofErr w:type="spellStart"/>
            <w:r w:rsidRPr="00684B70">
              <w:rPr>
                <w:bCs/>
                <w:sz w:val="17"/>
              </w:rPr>
              <w:t>тестирование</w:t>
            </w:r>
            <w:proofErr w:type="spellEnd"/>
          </w:p>
        </w:tc>
        <w:tc>
          <w:tcPr>
            <w:tcW w:w="15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9F116A" w14:textId="77777777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vAlign w:val="center"/>
          </w:tcPr>
          <w:p w14:paraId="6E5A5FA7" w14:textId="3FB472A6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4C3ED5" w14:textId="77777777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758" w:type="dxa"/>
            <w:vAlign w:val="center"/>
          </w:tcPr>
          <w:p w14:paraId="1C1469CE" w14:textId="2CA30D91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</w:tr>
      <w:tr w:rsidR="00684B70" w:rsidRPr="005C1683" w14:paraId="41DA57DE" w14:textId="77777777" w:rsidTr="00EA3A0E">
        <w:trPr>
          <w:jc w:val="center"/>
        </w:trPr>
        <w:tc>
          <w:tcPr>
            <w:tcW w:w="3927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6946A1" w14:textId="7BD7ADDC" w:rsidR="00684B70" w:rsidRPr="005C1683" w:rsidRDefault="00684B70" w:rsidP="00684B70">
            <w:pPr>
              <w:rPr>
                <w:sz w:val="17"/>
                <w:szCs w:val="17"/>
              </w:rPr>
            </w:pPr>
            <w:proofErr w:type="spellStart"/>
            <w:r w:rsidRPr="00684B70">
              <w:rPr>
                <w:bCs/>
                <w:sz w:val="17"/>
              </w:rPr>
              <w:t>Развертывание</w:t>
            </w:r>
            <w:proofErr w:type="spellEnd"/>
            <w:r w:rsidRPr="00684B70">
              <w:rPr>
                <w:bCs/>
                <w:sz w:val="17"/>
              </w:rPr>
              <w:t xml:space="preserve"> </w:t>
            </w:r>
            <w:proofErr w:type="spellStart"/>
            <w:r w:rsidRPr="00684B70">
              <w:rPr>
                <w:bCs/>
                <w:sz w:val="17"/>
              </w:rPr>
              <w:t>обновлений</w:t>
            </w:r>
            <w:proofErr w:type="spellEnd"/>
          </w:p>
        </w:tc>
        <w:tc>
          <w:tcPr>
            <w:tcW w:w="15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C72E1B" w14:textId="77777777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</w:tcPr>
          <w:p w14:paraId="6FC7780F" w14:textId="5D56B0BD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330272" w14:textId="77777777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758" w:type="dxa"/>
          </w:tcPr>
          <w:p w14:paraId="5255D507" w14:textId="581DE04E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</w:tr>
      <w:tr w:rsidR="002F58E8" w:rsidRPr="005C1683" w14:paraId="522C734F" w14:textId="77777777" w:rsidTr="00EA3A0E">
        <w:trPr>
          <w:jc w:val="center"/>
        </w:trPr>
        <w:tc>
          <w:tcPr>
            <w:tcW w:w="3927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2B5D98" w14:textId="2F69DDF1" w:rsidR="002F58E8" w:rsidRPr="00684B70" w:rsidRDefault="002F58E8" w:rsidP="00684B70">
            <w:pPr>
              <w:rPr>
                <w:bCs/>
                <w:sz w:val="17"/>
              </w:rPr>
            </w:pPr>
            <w:proofErr w:type="spellStart"/>
            <w:r w:rsidRPr="00684B70">
              <w:rPr>
                <w:bCs/>
                <w:sz w:val="17"/>
              </w:rPr>
              <w:t>Управление</w:t>
            </w:r>
            <w:proofErr w:type="spellEnd"/>
            <w:r w:rsidRPr="00684B70">
              <w:rPr>
                <w:bCs/>
                <w:sz w:val="17"/>
              </w:rPr>
              <w:t xml:space="preserve"> </w:t>
            </w:r>
            <w:proofErr w:type="spellStart"/>
            <w:r w:rsidRPr="00684B70">
              <w:rPr>
                <w:bCs/>
                <w:sz w:val="17"/>
              </w:rPr>
              <w:t>безопасностью</w:t>
            </w:r>
            <w:proofErr w:type="spellEnd"/>
          </w:p>
        </w:tc>
        <w:tc>
          <w:tcPr>
            <w:tcW w:w="15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B25C1F" w14:textId="77777777" w:rsidR="002F58E8" w:rsidRPr="005C1683" w:rsidRDefault="002F58E8" w:rsidP="00684B70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</w:tcPr>
          <w:p w14:paraId="2084EB2E" w14:textId="77777777" w:rsidR="002F58E8" w:rsidRPr="005C1683" w:rsidRDefault="002F58E8" w:rsidP="00684B70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3EF5FD" w14:textId="77777777" w:rsidR="002F58E8" w:rsidRPr="005C1683" w:rsidRDefault="002F58E8" w:rsidP="00684B70">
            <w:pPr>
              <w:rPr>
                <w:sz w:val="17"/>
                <w:szCs w:val="17"/>
              </w:rPr>
            </w:pPr>
          </w:p>
        </w:tc>
        <w:tc>
          <w:tcPr>
            <w:tcW w:w="1758" w:type="dxa"/>
          </w:tcPr>
          <w:p w14:paraId="586FC02D" w14:textId="77777777" w:rsidR="002F58E8" w:rsidRPr="005C1683" w:rsidRDefault="002F58E8" w:rsidP="00684B70">
            <w:pPr>
              <w:rPr>
                <w:sz w:val="17"/>
                <w:szCs w:val="17"/>
              </w:rPr>
            </w:pPr>
          </w:p>
        </w:tc>
      </w:tr>
      <w:tr w:rsidR="00684B70" w:rsidRPr="005C1683" w14:paraId="56035FA1" w14:textId="77777777" w:rsidTr="00EA3A0E">
        <w:trPr>
          <w:jc w:val="center"/>
        </w:trPr>
        <w:tc>
          <w:tcPr>
            <w:tcW w:w="3927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471EEC" w14:textId="56165CD8" w:rsidR="00684B70" w:rsidRPr="00684B70" w:rsidRDefault="002F58E8" w:rsidP="00684B70">
            <w:pPr>
              <w:rPr>
                <w:bCs/>
                <w:sz w:val="17"/>
              </w:rPr>
            </w:pPr>
            <w:proofErr w:type="spellStart"/>
            <w:r w:rsidRPr="00684B70">
              <w:rPr>
                <w:bCs/>
                <w:sz w:val="17"/>
              </w:rPr>
              <w:t>Подготовка</w:t>
            </w:r>
            <w:proofErr w:type="spellEnd"/>
            <w:r w:rsidRPr="00684B70">
              <w:rPr>
                <w:bCs/>
                <w:sz w:val="17"/>
              </w:rPr>
              <w:t xml:space="preserve"> </w:t>
            </w:r>
            <w:proofErr w:type="spellStart"/>
            <w:r w:rsidRPr="00684B70">
              <w:rPr>
                <w:bCs/>
                <w:sz w:val="17"/>
              </w:rPr>
              <w:t>отчетности</w:t>
            </w:r>
            <w:proofErr w:type="spellEnd"/>
          </w:p>
        </w:tc>
        <w:tc>
          <w:tcPr>
            <w:tcW w:w="15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7A19E6" w14:textId="77777777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</w:tcPr>
          <w:p w14:paraId="2440886A" w14:textId="77777777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BE07A6" w14:textId="77777777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  <w:tc>
          <w:tcPr>
            <w:tcW w:w="1758" w:type="dxa"/>
          </w:tcPr>
          <w:p w14:paraId="47384D89" w14:textId="77777777" w:rsidR="00684B70" w:rsidRPr="005C1683" w:rsidRDefault="00684B70" w:rsidP="00684B70">
            <w:pPr>
              <w:rPr>
                <w:sz w:val="17"/>
                <w:szCs w:val="17"/>
              </w:rPr>
            </w:pPr>
          </w:p>
        </w:tc>
      </w:tr>
    </w:tbl>
    <w:p w14:paraId="549D2561" w14:textId="77777777" w:rsidR="00921226" w:rsidRPr="005C1683" w:rsidRDefault="00921226" w:rsidP="00921226"/>
    <w:p w14:paraId="4BCB7714" w14:textId="456D01CC" w:rsidR="009A6D2A" w:rsidRPr="00B014FF" w:rsidRDefault="000733A1">
      <w:pPr>
        <w:pStyle w:val="Heading1"/>
        <w:rPr>
          <w:lang w:val="ru-RU"/>
        </w:rPr>
      </w:pPr>
      <w:r w:rsidRPr="00B014FF">
        <w:rPr>
          <w:lang w:val="ru-RU"/>
        </w:rPr>
        <w:t>4. Опыт организации и аналогичные проекты</w:t>
      </w:r>
    </w:p>
    <w:tbl>
      <w:tblPr>
        <w:tblW w:w="10356" w:type="dxa"/>
        <w:jc w:val="center"/>
        <w:tblBorders>
          <w:top w:val="single" w:sz="6" w:space="0" w:color="B8D4E8"/>
          <w:left w:val="single" w:sz="6" w:space="0" w:color="B8D4E8"/>
          <w:bottom w:val="single" w:sz="6" w:space="0" w:color="B8D4E8"/>
          <w:right w:val="single" w:sz="6" w:space="0" w:color="B8D4E8"/>
          <w:insideH w:val="single" w:sz="6" w:space="0" w:color="B8D4E8"/>
          <w:insideV w:val="single" w:sz="6" w:space="0" w:color="B8D4E8"/>
        </w:tblBorders>
        <w:tblLook w:val="04A0" w:firstRow="1" w:lastRow="0" w:firstColumn="1" w:lastColumn="0" w:noHBand="0" w:noVBand="1"/>
      </w:tblPr>
      <w:tblGrid>
        <w:gridCol w:w="10356"/>
      </w:tblGrid>
      <w:tr w:rsidR="009A6D2A" w:rsidRPr="00577C2F" w14:paraId="4ACCB6B1" w14:textId="77777777" w:rsidTr="00EA3A0E">
        <w:trPr>
          <w:jc w:val="center"/>
        </w:trPr>
        <w:tc>
          <w:tcPr>
            <w:tcW w:w="10356" w:type="dxa"/>
            <w:shd w:val="clear" w:color="auto" w:fill="F2F7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7A407D1" w14:textId="77777777" w:rsidR="009A6D2A" w:rsidRPr="00213727" w:rsidRDefault="000733A1">
            <w:pPr>
              <w:rPr>
                <w:lang w:val="ru-RU"/>
              </w:rPr>
            </w:pPr>
            <w:r w:rsidRPr="00213727">
              <w:rPr>
                <w:b/>
                <w:color w:val="1F4E79"/>
                <w:sz w:val="18"/>
                <w:lang w:val="ru-RU"/>
              </w:rPr>
              <w:t xml:space="preserve">Требование: </w:t>
            </w:r>
            <w:r w:rsidRPr="00213727">
              <w:rPr>
                <w:sz w:val="18"/>
                <w:lang w:val="ru-RU"/>
              </w:rPr>
              <w:t>Компания должна иметь не менее 3 лет опыта разработки веб-порталов или аналогичных проектов и портфолио минимум из трёх завершённых аналогичных контрактов с контактными данными заказчиков.</w:t>
            </w:r>
          </w:p>
        </w:tc>
      </w:tr>
    </w:tbl>
    <w:p w14:paraId="2A896F02" w14:textId="77777777" w:rsidR="009A6D2A" w:rsidRPr="00213727" w:rsidRDefault="009A6D2A">
      <w:pPr>
        <w:rPr>
          <w:lang w:val="ru-RU"/>
        </w:rPr>
      </w:pPr>
    </w:p>
    <w:tbl>
      <w:tblPr>
        <w:tblW w:w="10371" w:type="dxa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504"/>
        <w:gridCol w:w="1800"/>
        <w:gridCol w:w="2539"/>
        <w:gridCol w:w="1984"/>
        <w:gridCol w:w="1093"/>
        <w:gridCol w:w="2451"/>
      </w:tblGrid>
      <w:tr w:rsidR="009A6D2A" w14:paraId="67670742" w14:textId="77777777" w:rsidTr="00EA3A0E">
        <w:trPr>
          <w:jc w:val="center"/>
        </w:trPr>
        <w:tc>
          <w:tcPr>
            <w:tcW w:w="50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7456DF" w14:textId="77777777" w:rsidR="009A6D2A" w:rsidRDefault="000733A1" w:rsidP="000E2279">
            <w:pPr>
              <w:spacing w:after="0"/>
            </w:pPr>
            <w:r>
              <w:rPr>
                <w:b/>
                <w:color w:val="FFFFFF"/>
                <w:sz w:val="17"/>
              </w:rPr>
              <w:t>№</w:t>
            </w:r>
          </w:p>
        </w:tc>
        <w:tc>
          <w:tcPr>
            <w:tcW w:w="180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359D3B" w14:textId="77777777" w:rsidR="009A6D2A" w:rsidRDefault="000733A1" w:rsidP="000E2279">
            <w:pPr>
              <w:spacing w:after="0"/>
            </w:pPr>
            <w:r>
              <w:rPr>
                <w:b/>
                <w:color w:val="FFFFFF"/>
                <w:sz w:val="17"/>
              </w:rPr>
              <w:t>Заказчик / организация</w:t>
            </w:r>
          </w:p>
        </w:tc>
        <w:tc>
          <w:tcPr>
            <w:tcW w:w="2539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DD896C" w14:textId="77777777" w:rsidR="009A6D2A" w:rsidRPr="00213727" w:rsidRDefault="000733A1" w:rsidP="000E2279">
            <w:pPr>
              <w:spacing w:after="0"/>
              <w:rPr>
                <w:lang w:val="ru-RU"/>
              </w:rPr>
            </w:pPr>
            <w:r w:rsidRPr="00213727">
              <w:rPr>
                <w:b/>
                <w:color w:val="FFFFFF"/>
                <w:sz w:val="17"/>
                <w:lang w:val="ru-RU"/>
              </w:rPr>
              <w:t>Название и краткое описание проекта</w:t>
            </w:r>
          </w:p>
        </w:tc>
        <w:tc>
          <w:tcPr>
            <w:tcW w:w="198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EDB56C" w14:textId="77777777" w:rsidR="009A6D2A" w:rsidRDefault="000733A1" w:rsidP="000E2279">
            <w:pPr>
              <w:spacing w:after="0"/>
            </w:pPr>
            <w:proofErr w:type="spellStart"/>
            <w:r>
              <w:rPr>
                <w:b/>
                <w:color w:val="FFFFFF"/>
                <w:sz w:val="17"/>
              </w:rPr>
              <w:t>Технологии</w:t>
            </w:r>
            <w:proofErr w:type="spellEnd"/>
          </w:p>
        </w:tc>
        <w:tc>
          <w:tcPr>
            <w:tcW w:w="1093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55CB1F" w14:textId="77777777" w:rsidR="009A6D2A" w:rsidRDefault="000733A1" w:rsidP="000E2279">
            <w:pPr>
              <w:spacing w:after="0"/>
            </w:pPr>
            <w:r>
              <w:rPr>
                <w:b/>
                <w:color w:val="FFFFFF"/>
                <w:sz w:val="17"/>
              </w:rPr>
              <w:t>Период</w:t>
            </w:r>
          </w:p>
        </w:tc>
        <w:tc>
          <w:tcPr>
            <w:tcW w:w="2451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5E4AC4" w14:textId="77777777" w:rsidR="009A6D2A" w:rsidRDefault="000733A1" w:rsidP="000E2279">
            <w:pPr>
              <w:spacing w:after="0"/>
            </w:pPr>
            <w:r>
              <w:rPr>
                <w:b/>
                <w:color w:val="FFFFFF"/>
                <w:sz w:val="17"/>
              </w:rPr>
              <w:t>Контактное лицо заказчика</w:t>
            </w:r>
          </w:p>
        </w:tc>
      </w:tr>
      <w:tr w:rsidR="009A6D2A" w14:paraId="0DB44DFB" w14:textId="77777777" w:rsidTr="00EA3A0E">
        <w:trPr>
          <w:jc w:val="center"/>
        </w:trPr>
        <w:tc>
          <w:tcPr>
            <w:tcW w:w="5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8E68CF" w14:textId="77777777" w:rsidR="009A6D2A" w:rsidRDefault="000733A1" w:rsidP="00AE60A8">
            <w:pPr>
              <w:spacing w:after="0"/>
            </w:pPr>
            <w:r>
              <w:rPr>
                <w:sz w:val="17"/>
              </w:rPr>
              <w:t>1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57B460" w14:textId="77777777" w:rsidR="009A6D2A" w:rsidRDefault="009A6D2A" w:rsidP="00AE60A8">
            <w:pPr>
              <w:spacing w:after="0"/>
            </w:pPr>
          </w:p>
        </w:tc>
        <w:tc>
          <w:tcPr>
            <w:tcW w:w="253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AFA55C" w14:textId="77777777" w:rsidR="009A6D2A" w:rsidRDefault="009A6D2A" w:rsidP="00AE60A8">
            <w:pPr>
              <w:spacing w:after="0"/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679623" w14:textId="77777777" w:rsidR="009A6D2A" w:rsidRDefault="009A6D2A" w:rsidP="00AE60A8">
            <w:pPr>
              <w:spacing w:after="0"/>
            </w:pPr>
          </w:p>
        </w:tc>
        <w:tc>
          <w:tcPr>
            <w:tcW w:w="109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F77CC7" w14:textId="77777777" w:rsidR="009A6D2A" w:rsidRDefault="009A6D2A" w:rsidP="00AE60A8">
            <w:pPr>
              <w:spacing w:after="0"/>
            </w:pPr>
          </w:p>
        </w:tc>
        <w:tc>
          <w:tcPr>
            <w:tcW w:w="245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7AC3BE" w14:textId="77777777" w:rsidR="009A6D2A" w:rsidRDefault="009A6D2A" w:rsidP="00AE60A8">
            <w:pPr>
              <w:spacing w:after="0"/>
            </w:pPr>
          </w:p>
        </w:tc>
      </w:tr>
      <w:tr w:rsidR="009A6D2A" w14:paraId="34BB24A0" w14:textId="77777777" w:rsidTr="00EA3A0E">
        <w:trPr>
          <w:jc w:val="center"/>
        </w:trPr>
        <w:tc>
          <w:tcPr>
            <w:tcW w:w="5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2056B2" w14:textId="77777777" w:rsidR="009A6D2A" w:rsidRDefault="000733A1" w:rsidP="00AE60A8">
            <w:pPr>
              <w:spacing w:after="0"/>
            </w:pPr>
            <w:r>
              <w:rPr>
                <w:sz w:val="17"/>
              </w:rPr>
              <w:t>2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AAD390" w14:textId="77777777" w:rsidR="009A6D2A" w:rsidRDefault="009A6D2A" w:rsidP="00AE60A8">
            <w:pPr>
              <w:spacing w:after="0"/>
            </w:pPr>
          </w:p>
        </w:tc>
        <w:tc>
          <w:tcPr>
            <w:tcW w:w="253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83208A" w14:textId="77777777" w:rsidR="009A6D2A" w:rsidRDefault="009A6D2A" w:rsidP="00AE60A8">
            <w:pPr>
              <w:spacing w:after="0"/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84372F" w14:textId="77777777" w:rsidR="009A6D2A" w:rsidRDefault="009A6D2A" w:rsidP="00AE60A8">
            <w:pPr>
              <w:spacing w:after="0"/>
            </w:pPr>
          </w:p>
        </w:tc>
        <w:tc>
          <w:tcPr>
            <w:tcW w:w="109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45D2E0" w14:textId="77777777" w:rsidR="009A6D2A" w:rsidRDefault="009A6D2A" w:rsidP="00AE60A8">
            <w:pPr>
              <w:spacing w:after="0"/>
            </w:pPr>
          </w:p>
        </w:tc>
        <w:tc>
          <w:tcPr>
            <w:tcW w:w="245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B7BC2F" w14:textId="77777777" w:rsidR="009A6D2A" w:rsidRDefault="009A6D2A" w:rsidP="00AE60A8">
            <w:pPr>
              <w:spacing w:after="0"/>
            </w:pPr>
          </w:p>
        </w:tc>
      </w:tr>
      <w:tr w:rsidR="009A6D2A" w14:paraId="4A589F49" w14:textId="77777777" w:rsidTr="00EA3A0E">
        <w:trPr>
          <w:jc w:val="center"/>
        </w:trPr>
        <w:tc>
          <w:tcPr>
            <w:tcW w:w="5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78E7E5" w14:textId="77777777" w:rsidR="009A6D2A" w:rsidRDefault="000733A1" w:rsidP="00AE60A8">
            <w:pPr>
              <w:spacing w:after="0"/>
            </w:pPr>
            <w:r>
              <w:rPr>
                <w:sz w:val="17"/>
              </w:rPr>
              <w:t>3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64E088" w14:textId="77777777" w:rsidR="009A6D2A" w:rsidRDefault="009A6D2A" w:rsidP="00AE60A8">
            <w:pPr>
              <w:spacing w:after="0"/>
            </w:pPr>
          </w:p>
        </w:tc>
        <w:tc>
          <w:tcPr>
            <w:tcW w:w="253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069EEB" w14:textId="77777777" w:rsidR="009A6D2A" w:rsidRDefault="009A6D2A" w:rsidP="00AE60A8">
            <w:pPr>
              <w:spacing w:after="0"/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0B6B39" w14:textId="77777777" w:rsidR="009A6D2A" w:rsidRDefault="009A6D2A" w:rsidP="00AE60A8">
            <w:pPr>
              <w:spacing w:after="0"/>
            </w:pPr>
          </w:p>
        </w:tc>
        <w:tc>
          <w:tcPr>
            <w:tcW w:w="109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1D38FB" w14:textId="77777777" w:rsidR="009A6D2A" w:rsidRDefault="009A6D2A" w:rsidP="00AE60A8">
            <w:pPr>
              <w:spacing w:after="0"/>
            </w:pPr>
          </w:p>
        </w:tc>
        <w:tc>
          <w:tcPr>
            <w:tcW w:w="245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1FD5C3" w14:textId="77777777" w:rsidR="009A6D2A" w:rsidRDefault="009A6D2A" w:rsidP="00AE60A8">
            <w:pPr>
              <w:spacing w:after="0"/>
            </w:pPr>
          </w:p>
        </w:tc>
      </w:tr>
      <w:tr w:rsidR="009A6D2A" w14:paraId="17E88E49" w14:textId="77777777" w:rsidTr="00EA3A0E">
        <w:trPr>
          <w:jc w:val="center"/>
        </w:trPr>
        <w:tc>
          <w:tcPr>
            <w:tcW w:w="5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E3A0B1" w14:textId="77777777" w:rsidR="009A6D2A" w:rsidRDefault="000733A1" w:rsidP="00AE60A8">
            <w:pPr>
              <w:spacing w:after="0"/>
            </w:pPr>
            <w:r>
              <w:rPr>
                <w:sz w:val="17"/>
              </w:rPr>
              <w:t>4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9872BA" w14:textId="77777777" w:rsidR="009A6D2A" w:rsidRDefault="009A6D2A" w:rsidP="00AE60A8">
            <w:pPr>
              <w:spacing w:after="0"/>
            </w:pPr>
          </w:p>
        </w:tc>
        <w:tc>
          <w:tcPr>
            <w:tcW w:w="253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762DE6" w14:textId="77777777" w:rsidR="009A6D2A" w:rsidRDefault="009A6D2A" w:rsidP="00AE60A8">
            <w:pPr>
              <w:spacing w:after="0"/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CBB2CA" w14:textId="77777777" w:rsidR="009A6D2A" w:rsidRDefault="009A6D2A" w:rsidP="00AE60A8">
            <w:pPr>
              <w:spacing w:after="0"/>
            </w:pPr>
          </w:p>
        </w:tc>
        <w:tc>
          <w:tcPr>
            <w:tcW w:w="109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96A7E2" w14:textId="77777777" w:rsidR="009A6D2A" w:rsidRDefault="009A6D2A" w:rsidP="00AE60A8">
            <w:pPr>
              <w:spacing w:after="0"/>
            </w:pPr>
          </w:p>
        </w:tc>
        <w:tc>
          <w:tcPr>
            <w:tcW w:w="245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B33AEF" w14:textId="77777777" w:rsidR="009A6D2A" w:rsidRDefault="009A6D2A" w:rsidP="00AE60A8">
            <w:pPr>
              <w:spacing w:after="0"/>
            </w:pPr>
          </w:p>
        </w:tc>
      </w:tr>
    </w:tbl>
    <w:p w14:paraId="5F6E2607" w14:textId="7F56AC83" w:rsidR="009A6D2A" w:rsidRDefault="000733A1">
      <w:pPr>
        <w:pStyle w:val="Heading1"/>
      </w:pPr>
      <w:r>
        <w:t>5. Матрица соответствия квалификационным требованиям</w:t>
      </w:r>
    </w:p>
    <w:tbl>
      <w:tblPr>
        <w:tblW w:w="10477" w:type="dxa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504"/>
        <w:gridCol w:w="4320"/>
        <w:gridCol w:w="2016"/>
        <w:gridCol w:w="3637"/>
      </w:tblGrid>
      <w:tr w:rsidR="009A6D2A" w14:paraId="3258FDF4" w14:textId="77777777" w:rsidTr="00EA3A0E">
        <w:trPr>
          <w:jc w:val="center"/>
        </w:trPr>
        <w:tc>
          <w:tcPr>
            <w:tcW w:w="50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B5CD69" w14:textId="77777777" w:rsidR="009A6D2A" w:rsidRDefault="000733A1" w:rsidP="000E2279">
            <w:pPr>
              <w:spacing w:after="0"/>
            </w:pPr>
            <w:r>
              <w:rPr>
                <w:b/>
                <w:color w:val="FFFFFF"/>
                <w:sz w:val="17"/>
              </w:rPr>
              <w:t>№</w:t>
            </w:r>
          </w:p>
        </w:tc>
        <w:tc>
          <w:tcPr>
            <w:tcW w:w="432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95FA15" w14:textId="77777777" w:rsidR="009A6D2A" w:rsidRDefault="000733A1" w:rsidP="000E2279">
            <w:pPr>
              <w:spacing w:after="0"/>
            </w:pPr>
            <w:proofErr w:type="spellStart"/>
            <w:r>
              <w:rPr>
                <w:b/>
                <w:color w:val="FFFFFF"/>
                <w:sz w:val="17"/>
              </w:rPr>
              <w:t>Квалификационное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требование</w:t>
            </w:r>
            <w:proofErr w:type="spellEnd"/>
          </w:p>
        </w:tc>
        <w:tc>
          <w:tcPr>
            <w:tcW w:w="2016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A7AF4D" w14:textId="77777777" w:rsidR="009A6D2A" w:rsidRDefault="000733A1" w:rsidP="000E2279">
            <w:pPr>
              <w:spacing w:after="0"/>
            </w:pPr>
            <w:proofErr w:type="spellStart"/>
            <w:r>
              <w:rPr>
                <w:b/>
                <w:color w:val="FFFFFF"/>
                <w:sz w:val="17"/>
              </w:rPr>
              <w:t>Ответ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участника</w:t>
            </w:r>
            <w:proofErr w:type="spellEnd"/>
          </w:p>
        </w:tc>
        <w:tc>
          <w:tcPr>
            <w:tcW w:w="3637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FCF53C" w14:textId="77777777" w:rsidR="009A6D2A" w:rsidRDefault="000733A1" w:rsidP="000E2279">
            <w:pPr>
              <w:spacing w:after="0"/>
            </w:pPr>
            <w:proofErr w:type="spellStart"/>
            <w:r>
              <w:rPr>
                <w:b/>
                <w:color w:val="FFFFFF"/>
                <w:sz w:val="17"/>
              </w:rPr>
              <w:t>Документальное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подтверждение</w:t>
            </w:r>
            <w:proofErr w:type="spellEnd"/>
          </w:p>
        </w:tc>
      </w:tr>
      <w:tr w:rsidR="009A6D2A" w14:paraId="380D36AF" w14:textId="77777777" w:rsidTr="00EA3A0E">
        <w:trPr>
          <w:trHeight w:val="541"/>
          <w:jc w:val="center"/>
        </w:trPr>
        <w:tc>
          <w:tcPr>
            <w:tcW w:w="5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13368F" w14:textId="77777777" w:rsidR="009A6D2A" w:rsidRDefault="000733A1" w:rsidP="00BC4726">
            <w:pPr>
              <w:spacing w:after="0"/>
            </w:pPr>
            <w:r>
              <w:rPr>
                <w:sz w:val="17"/>
              </w:rPr>
              <w:t>1</w:t>
            </w:r>
          </w:p>
        </w:tc>
        <w:tc>
          <w:tcPr>
            <w:tcW w:w="43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20D946" w14:textId="77777777" w:rsidR="009A6D2A" w:rsidRPr="00213727" w:rsidRDefault="000733A1" w:rsidP="00BC4726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>Опыт разработки веб-порталов или аналогичных проектов не менее 3 лет</w:t>
            </w:r>
          </w:p>
        </w:tc>
        <w:tc>
          <w:tcPr>
            <w:tcW w:w="20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3C3DA7" w14:textId="62D36307" w:rsidR="009A6D2A" w:rsidRDefault="001706A0" w:rsidP="00BC4726">
            <w:pPr>
              <w:spacing w:after="0"/>
            </w:pPr>
            <w:sdt>
              <w:sdtPr>
                <w:rPr>
                  <w:sz w:val="17"/>
                </w:rPr>
                <w:id w:val="-19230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3D36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proofErr w:type="spellStart"/>
            <w:r w:rsidR="000733A1">
              <w:rPr>
                <w:sz w:val="17"/>
              </w:rPr>
              <w:t>Да</w:t>
            </w:r>
            <w:proofErr w:type="spellEnd"/>
            <w:r w:rsidR="000733A1">
              <w:rPr>
                <w:sz w:val="17"/>
              </w:rPr>
              <w:t xml:space="preserve"> /</w:t>
            </w:r>
            <w:sdt>
              <w:sdtPr>
                <w:rPr>
                  <w:sz w:val="17"/>
                </w:rPr>
                <w:id w:val="175224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474C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="000733A1">
              <w:rPr>
                <w:sz w:val="17"/>
              </w:rPr>
              <w:t xml:space="preserve"> </w:t>
            </w:r>
            <w:proofErr w:type="spellStart"/>
            <w:r w:rsidR="000733A1">
              <w:rPr>
                <w:sz w:val="17"/>
              </w:rPr>
              <w:t>Нет</w:t>
            </w:r>
            <w:proofErr w:type="spellEnd"/>
            <w:r w:rsidR="000733A1">
              <w:rPr>
                <w:sz w:val="17"/>
              </w:rPr>
              <w:t xml:space="preserve"> / </w:t>
            </w:r>
            <w:proofErr w:type="spellStart"/>
            <w:r w:rsidR="000733A1">
              <w:rPr>
                <w:sz w:val="17"/>
              </w:rPr>
              <w:t>комментарий</w:t>
            </w:r>
            <w:proofErr w:type="spellEnd"/>
          </w:p>
        </w:tc>
        <w:tc>
          <w:tcPr>
            <w:tcW w:w="363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1606BD" w14:textId="77777777" w:rsidR="009A6D2A" w:rsidRDefault="009A6D2A" w:rsidP="00BC4726">
            <w:pPr>
              <w:spacing w:after="0"/>
            </w:pPr>
          </w:p>
        </w:tc>
      </w:tr>
      <w:tr w:rsidR="009A6D2A" w14:paraId="52843A1E" w14:textId="77777777" w:rsidTr="00EA3A0E">
        <w:trPr>
          <w:jc w:val="center"/>
        </w:trPr>
        <w:tc>
          <w:tcPr>
            <w:tcW w:w="5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F7AFFD" w14:textId="77777777" w:rsidR="009A6D2A" w:rsidRDefault="000733A1" w:rsidP="00BC4726">
            <w:pPr>
              <w:spacing w:after="0"/>
            </w:pPr>
            <w:r>
              <w:rPr>
                <w:sz w:val="17"/>
              </w:rPr>
              <w:t>2</w:t>
            </w:r>
          </w:p>
        </w:tc>
        <w:tc>
          <w:tcPr>
            <w:tcW w:w="43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2763A3" w14:textId="77777777" w:rsidR="009A6D2A" w:rsidRDefault="000733A1" w:rsidP="00BC4726">
            <w:pPr>
              <w:spacing w:after="0"/>
            </w:pPr>
            <w:proofErr w:type="spellStart"/>
            <w:r>
              <w:rPr>
                <w:sz w:val="17"/>
              </w:rPr>
              <w:t>Практический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опыт</w:t>
            </w:r>
            <w:proofErr w:type="spellEnd"/>
            <w:r>
              <w:rPr>
                <w:sz w:val="17"/>
              </w:rPr>
              <w:t xml:space="preserve"> WordPress</w:t>
            </w:r>
          </w:p>
        </w:tc>
        <w:tc>
          <w:tcPr>
            <w:tcW w:w="20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263F41" w14:textId="50B5FD26" w:rsidR="009A6D2A" w:rsidRDefault="00C6474C" w:rsidP="00BC4726">
            <w:pPr>
              <w:spacing w:after="0"/>
            </w:pPr>
            <w:sdt>
              <w:sdtPr>
                <w:rPr>
                  <w:sz w:val="17"/>
                </w:rPr>
                <w:id w:val="29904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proofErr w:type="spellStart"/>
            <w:r>
              <w:rPr>
                <w:sz w:val="17"/>
              </w:rPr>
              <w:t>Да</w:t>
            </w:r>
            <w:proofErr w:type="spellEnd"/>
            <w:r>
              <w:rPr>
                <w:sz w:val="17"/>
              </w:rPr>
              <w:t xml:space="preserve"> /</w:t>
            </w:r>
            <w:sdt>
              <w:sdtPr>
                <w:rPr>
                  <w:sz w:val="17"/>
                </w:rPr>
                <w:id w:val="131970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Нет</w:t>
            </w:r>
            <w:proofErr w:type="spellEnd"/>
            <w:r w:rsidR="000733A1">
              <w:rPr>
                <w:sz w:val="17"/>
              </w:rPr>
              <w:t xml:space="preserve"> / </w:t>
            </w:r>
            <w:proofErr w:type="spellStart"/>
            <w:r w:rsidR="000733A1">
              <w:rPr>
                <w:sz w:val="17"/>
              </w:rPr>
              <w:t>проект</w:t>
            </w:r>
            <w:proofErr w:type="spellEnd"/>
          </w:p>
        </w:tc>
        <w:tc>
          <w:tcPr>
            <w:tcW w:w="363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556EB0" w14:textId="77777777" w:rsidR="009A6D2A" w:rsidRDefault="009A6D2A" w:rsidP="00BC4726">
            <w:pPr>
              <w:spacing w:after="0"/>
            </w:pPr>
          </w:p>
        </w:tc>
      </w:tr>
      <w:tr w:rsidR="009A6D2A" w14:paraId="62D53CB1" w14:textId="77777777" w:rsidTr="00EA3A0E">
        <w:trPr>
          <w:jc w:val="center"/>
        </w:trPr>
        <w:tc>
          <w:tcPr>
            <w:tcW w:w="5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B66532" w14:textId="77777777" w:rsidR="009A6D2A" w:rsidRDefault="000733A1" w:rsidP="00BC4726">
            <w:pPr>
              <w:spacing w:after="0"/>
            </w:pPr>
            <w:r>
              <w:rPr>
                <w:sz w:val="17"/>
              </w:rPr>
              <w:t>3</w:t>
            </w:r>
          </w:p>
        </w:tc>
        <w:tc>
          <w:tcPr>
            <w:tcW w:w="43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54EFE7" w14:textId="77777777" w:rsidR="009A6D2A" w:rsidRDefault="000733A1" w:rsidP="00BC4726">
            <w:pPr>
              <w:spacing w:after="0"/>
            </w:pPr>
            <w:proofErr w:type="spellStart"/>
            <w:r>
              <w:rPr>
                <w:sz w:val="17"/>
              </w:rPr>
              <w:t>Практический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опыт</w:t>
            </w:r>
            <w:proofErr w:type="spellEnd"/>
            <w:r>
              <w:rPr>
                <w:sz w:val="17"/>
              </w:rPr>
              <w:t xml:space="preserve"> Moodle LMS</w:t>
            </w:r>
          </w:p>
        </w:tc>
        <w:tc>
          <w:tcPr>
            <w:tcW w:w="20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84485D" w14:textId="546A80ED" w:rsidR="009A6D2A" w:rsidRDefault="00C6474C" w:rsidP="00BC4726">
            <w:pPr>
              <w:spacing w:after="0"/>
            </w:pPr>
            <w:sdt>
              <w:sdtPr>
                <w:rPr>
                  <w:sz w:val="17"/>
                </w:rPr>
                <w:id w:val="154648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proofErr w:type="spellStart"/>
            <w:r>
              <w:rPr>
                <w:sz w:val="17"/>
              </w:rPr>
              <w:t>Да</w:t>
            </w:r>
            <w:proofErr w:type="spellEnd"/>
            <w:r>
              <w:rPr>
                <w:sz w:val="17"/>
              </w:rPr>
              <w:t xml:space="preserve"> /</w:t>
            </w:r>
            <w:sdt>
              <w:sdtPr>
                <w:rPr>
                  <w:sz w:val="17"/>
                </w:rPr>
                <w:id w:val="1402172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Нет</w:t>
            </w:r>
            <w:proofErr w:type="spellEnd"/>
            <w:r w:rsidR="000733A1">
              <w:rPr>
                <w:sz w:val="17"/>
              </w:rPr>
              <w:t xml:space="preserve"> / </w:t>
            </w:r>
            <w:proofErr w:type="spellStart"/>
            <w:r w:rsidR="000733A1">
              <w:rPr>
                <w:sz w:val="17"/>
              </w:rPr>
              <w:t>проект</w:t>
            </w:r>
            <w:proofErr w:type="spellEnd"/>
          </w:p>
        </w:tc>
        <w:tc>
          <w:tcPr>
            <w:tcW w:w="363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D8CA49" w14:textId="77777777" w:rsidR="009A6D2A" w:rsidRDefault="009A6D2A" w:rsidP="00BC4726">
            <w:pPr>
              <w:spacing w:after="0"/>
            </w:pPr>
          </w:p>
        </w:tc>
      </w:tr>
      <w:tr w:rsidR="009A6D2A" w14:paraId="12E68FDC" w14:textId="77777777" w:rsidTr="00EA3A0E">
        <w:trPr>
          <w:jc w:val="center"/>
        </w:trPr>
        <w:tc>
          <w:tcPr>
            <w:tcW w:w="5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863AE7" w14:textId="77777777" w:rsidR="009A6D2A" w:rsidRDefault="000733A1" w:rsidP="00BC4726">
            <w:pPr>
              <w:spacing w:after="0"/>
            </w:pPr>
            <w:r>
              <w:rPr>
                <w:sz w:val="17"/>
              </w:rPr>
              <w:t>4</w:t>
            </w:r>
          </w:p>
        </w:tc>
        <w:tc>
          <w:tcPr>
            <w:tcW w:w="43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8E7946" w14:textId="77777777" w:rsidR="009A6D2A" w:rsidRPr="00213727" w:rsidRDefault="000733A1" w:rsidP="00BC4726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 xml:space="preserve">Практический опыт </w:t>
            </w:r>
            <w:proofErr w:type="spellStart"/>
            <w:r>
              <w:rPr>
                <w:sz w:val="17"/>
              </w:rPr>
              <w:t>Nuxt</w:t>
            </w:r>
            <w:proofErr w:type="spellEnd"/>
            <w:r w:rsidRPr="00213727">
              <w:rPr>
                <w:sz w:val="17"/>
                <w:lang w:val="ru-RU"/>
              </w:rPr>
              <w:t>.</w:t>
            </w:r>
            <w:proofErr w:type="spellStart"/>
            <w:r>
              <w:rPr>
                <w:sz w:val="17"/>
              </w:rPr>
              <w:t>js</w:t>
            </w:r>
            <w:proofErr w:type="spellEnd"/>
            <w:r w:rsidRPr="00213727">
              <w:rPr>
                <w:sz w:val="17"/>
                <w:lang w:val="ru-RU"/>
              </w:rPr>
              <w:t xml:space="preserve"> / </w:t>
            </w:r>
            <w:r>
              <w:rPr>
                <w:sz w:val="17"/>
              </w:rPr>
              <w:t>Vue</w:t>
            </w:r>
            <w:r w:rsidRPr="00213727">
              <w:rPr>
                <w:sz w:val="17"/>
                <w:lang w:val="ru-RU"/>
              </w:rPr>
              <w:t>.</w:t>
            </w:r>
            <w:proofErr w:type="spellStart"/>
            <w:r>
              <w:rPr>
                <w:sz w:val="17"/>
              </w:rPr>
              <w:t>js</w:t>
            </w:r>
            <w:proofErr w:type="spellEnd"/>
          </w:p>
        </w:tc>
        <w:tc>
          <w:tcPr>
            <w:tcW w:w="20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CF4599" w14:textId="4F22FD1B" w:rsidR="009A6D2A" w:rsidRDefault="00C6474C" w:rsidP="00BC4726">
            <w:pPr>
              <w:spacing w:after="0"/>
            </w:pPr>
            <w:sdt>
              <w:sdtPr>
                <w:rPr>
                  <w:sz w:val="17"/>
                </w:rPr>
                <w:id w:val="67022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proofErr w:type="spellStart"/>
            <w:r>
              <w:rPr>
                <w:sz w:val="17"/>
              </w:rPr>
              <w:t>Да</w:t>
            </w:r>
            <w:proofErr w:type="spellEnd"/>
            <w:r>
              <w:rPr>
                <w:sz w:val="17"/>
              </w:rPr>
              <w:t xml:space="preserve"> /</w:t>
            </w:r>
            <w:sdt>
              <w:sdtPr>
                <w:rPr>
                  <w:sz w:val="17"/>
                </w:rPr>
                <w:id w:val="1932084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Нет</w:t>
            </w:r>
            <w:proofErr w:type="spellEnd"/>
            <w:r w:rsidR="000733A1">
              <w:rPr>
                <w:sz w:val="17"/>
              </w:rPr>
              <w:t xml:space="preserve"> / </w:t>
            </w:r>
            <w:proofErr w:type="spellStart"/>
            <w:r w:rsidR="000733A1">
              <w:rPr>
                <w:sz w:val="17"/>
              </w:rPr>
              <w:t>проект</w:t>
            </w:r>
            <w:proofErr w:type="spellEnd"/>
          </w:p>
        </w:tc>
        <w:tc>
          <w:tcPr>
            <w:tcW w:w="363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ADF040" w14:textId="77777777" w:rsidR="009A6D2A" w:rsidRDefault="009A6D2A" w:rsidP="00BC4726">
            <w:pPr>
              <w:spacing w:after="0"/>
            </w:pPr>
          </w:p>
        </w:tc>
      </w:tr>
      <w:tr w:rsidR="009A6D2A" w14:paraId="03EDF5D3" w14:textId="77777777" w:rsidTr="00EA3A0E">
        <w:trPr>
          <w:jc w:val="center"/>
        </w:trPr>
        <w:tc>
          <w:tcPr>
            <w:tcW w:w="5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299EC6" w14:textId="77777777" w:rsidR="009A6D2A" w:rsidRDefault="000733A1" w:rsidP="00BC4726">
            <w:pPr>
              <w:spacing w:after="0"/>
            </w:pPr>
            <w:r>
              <w:rPr>
                <w:sz w:val="17"/>
              </w:rPr>
              <w:t>5</w:t>
            </w:r>
          </w:p>
        </w:tc>
        <w:tc>
          <w:tcPr>
            <w:tcW w:w="43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BCE016" w14:textId="77777777" w:rsidR="009A6D2A" w:rsidRPr="00213727" w:rsidRDefault="000733A1" w:rsidP="00BC4726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 xml:space="preserve">Практический опыт </w:t>
            </w:r>
            <w:r>
              <w:rPr>
                <w:sz w:val="17"/>
              </w:rPr>
              <w:t>Next</w:t>
            </w:r>
            <w:r w:rsidRPr="00213727">
              <w:rPr>
                <w:sz w:val="17"/>
                <w:lang w:val="ru-RU"/>
              </w:rPr>
              <w:t>.</w:t>
            </w:r>
            <w:proofErr w:type="spellStart"/>
            <w:r>
              <w:rPr>
                <w:sz w:val="17"/>
              </w:rPr>
              <w:t>js</w:t>
            </w:r>
            <w:proofErr w:type="spellEnd"/>
            <w:r w:rsidRPr="00213727">
              <w:rPr>
                <w:sz w:val="17"/>
                <w:lang w:val="ru-RU"/>
              </w:rPr>
              <w:t xml:space="preserve"> / </w:t>
            </w:r>
            <w:r>
              <w:rPr>
                <w:sz w:val="17"/>
              </w:rPr>
              <w:t>React</w:t>
            </w:r>
          </w:p>
        </w:tc>
        <w:tc>
          <w:tcPr>
            <w:tcW w:w="20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ED4A6A" w14:textId="180A4381" w:rsidR="009A6D2A" w:rsidRDefault="00C6474C" w:rsidP="00BC4726">
            <w:pPr>
              <w:spacing w:after="0"/>
            </w:pPr>
            <w:sdt>
              <w:sdtPr>
                <w:rPr>
                  <w:sz w:val="17"/>
                </w:rPr>
                <w:id w:val="152219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proofErr w:type="spellStart"/>
            <w:r>
              <w:rPr>
                <w:sz w:val="17"/>
              </w:rPr>
              <w:t>Да</w:t>
            </w:r>
            <w:proofErr w:type="spellEnd"/>
            <w:r>
              <w:rPr>
                <w:sz w:val="17"/>
              </w:rPr>
              <w:t xml:space="preserve"> /</w:t>
            </w:r>
            <w:sdt>
              <w:sdtPr>
                <w:rPr>
                  <w:sz w:val="17"/>
                </w:rPr>
                <w:id w:val="-93428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Нет</w:t>
            </w:r>
            <w:proofErr w:type="spellEnd"/>
            <w:r w:rsidR="000733A1">
              <w:rPr>
                <w:sz w:val="17"/>
              </w:rPr>
              <w:t xml:space="preserve"> / </w:t>
            </w:r>
            <w:proofErr w:type="spellStart"/>
            <w:r w:rsidR="000733A1">
              <w:rPr>
                <w:sz w:val="17"/>
              </w:rPr>
              <w:t>проект</w:t>
            </w:r>
            <w:proofErr w:type="spellEnd"/>
          </w:p>
        </w:tc>
        <w:tc>
          <w:tcPr>
            <w:tcW w:w="363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4C949C" w14:textId="77777777" w:rsidR="009A6D2A" w:rsidRDefault="009A6D2A" w:rsidP="00BC4726">
            <w:pPr>
              <w:spacing w:after="0"/>
            </w:pPr>
          </w:p>
        </w:tc>
      </w:tr>
      <w:tr w:rsidR="009A6D2A" w14:paraId="394C7723" w14:textId="77777777" w:rsidTr="00EA3A0E">
        <w:trPr>
          <w:jc w:val="center"/>
        </w:trPr>
        <w:tc>
          <w:tcPr>
            <w:tcW w:w="5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FC4843" w14:textId="77777777" w:rsidR="009A6D2A" w:rsidRDefault="000733A1" w:rsidP="00BC4726">
            <w:pPr>
              <w:spacing w:after="0"/>
            </w:pPr>
            <w:r>
              <w:rPr>
                <w:sz w:val="17"/>
              </w:rPr>
              <w:lastRenderedPageBreak/>
              <w:t>6</w:t>
            </w:r>
          </w:p>
        </w:tc>
        <w:tc>
          <w:tcPr>
            <w:tcW w:w="43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6D1D6A" w14:textId="77777777" w:rsidR="009A6D2A" w:rsidRDefault="000733A1" w:rsidP="00BC4726">
            <w:pPr>
              <w:spacing w:after="0"/>
            </w:pPr>
            <w:r>
              <w:rPr>
                <w:sz w:val="17"/>
              </w:rPr>
              <w:t>Практический опыт REST API</w:t>
            </w:r>
          </w:p>
        </w:tc>
        <w:tc>
          <w:tcPr>
            <w:tcW w:w="20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0E34A3" w14:textId="188C847C" w:rsidR="009A6D2A" w:rsidRDefault="00C6474C" w:rsidP="00BC4726">
            <w:pPr>
              <w:spacing w:after="0"/>
            </w:pPr>
            <w:sdt>
              <w:sdtPr>
                <w:rPr>
                  <w:sz w:val="17"/>
                </w:rPr>
                <w:id w:val="143663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proofErr w:type="spellStart"/>
            <w:r>
              <w:rPr>
                <w:sz w:val="17"/>
              </w:rPr>
              <w:t>Да</w:t>
            </w:r>
            <w:proofErr w:type="spellEnd"/>
            <w:r>
              <w:rPr>
                <w:sz w:val="17"/>
              </w:rPr>
              <w:t xml:space="preserve"> /</w:t>
            </w:r>
            <w:sdt>
              <w:sdtPr>
                <w:rPr>
                  <w:sz w:val="17"/>
                </w:rPr>
                <w:id w:val="-138285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Нет</w:t>
            </w:r>
            <w:proofErr w:type="spellEnd"/>
            <w:r w:rsidR="000733A1">
              <w:rPr>
                <w:sz w:val="17"/>
              </w:rPr>
              <w:t xml:space="preserve"> / </w:t>
            </w:r>
            <w:proofErr w:type="spellStart"/>
            <w:r w:rsidR="000733A1">
              <w:rPr>
                <w:sz w:val="17"/>
              </w:rPr>
              <w:t>проект</w:t>
            </w:r>
            <w:proofErr w:type="spellEnd"/>
          </w:p>
        </w:tc>
        <w:tc>
          <w:tcPr>
            <w:tcW w:w="363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0635D7" w14:textId="77777777" w:rsidR="009A6D2A" w:rsidRDefault="009A6D2A" w:rsidP="00BC4726">
            <w:pPr>
              <w:spacing w:after="0"/>
            </w:pPr>
          </w:p>
        </w:tc>
      </w:tr>
      <w:tr w:rsidR="009A6D2A" w14:paraId="6E9C6197" w14:textId="77777777" w:rsidTr="00EA3A0E">
        <w:trPr>
          <w:jc w:val="center"/>
        </w:trPr>
        <w:tc>
          <w:tcPr>
            <w:tcW w:w="5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834145" w14:textId="77777777" w:rsidR="009A6D2A" w:rsidRDefault="000733A1" w:rsidP="00BC4726">
            <w:pPr>
              <w:spacing w:after="0"/>
            </w:pPr>
            <w:r>
              <w:rPr>
                <w:sz w:val="17"/>
              </w:rPr>
              <w:t>7</w:t>
            </w:r>
          </w:p>
        </w:tc>
        <w:tc>
          <w:tcPr>
            <w:tcW w:w="43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6BDFD0" w14:textId="77777777" w:rsidR="009A6D2A" w:rsidRDefault="000733A1" w:rsidP="00BC4726">
            <w:pPr>
              <w:spacing w:after="0"/>
            </w:pPr>
            <w:r>
              <w:rPr>
                <w:sz w:val="17"/>
              </w:rPr>
              <w:t>Практический опыт MySQL / MariaDB</w:t>
            </w:r>
          </w:p>
        </w:tc>
        <w:tc>
          <w:tcPr>
            <w:tcW w:w="20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76100B" w14:textId="164CAADA" w:rsidR="009A6D2A" w:rsidRDefault="00C6474C" w:rsidP="00BC4726">
            <w:pPr>
              <w:spacing w:after="0"/>
            </w:pPr>
            <w:sdt>
              <w:sdtPr>
                <w:rPr>
                  <w:sz w:val="17"/>
                </w:rPr>
                <w:id w:val="838659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proofErr w:type="spellStart"/>
            <w:r>
              <w:rPr>
                <w:sz w:val="17"/>
              </w:rPr>
              <w:t>Да</w:t>
            </w:r>
            <w:proofErr w:type="spellEnd"/>
            <w:r>
              <w:rPr>
                <w:sz w:val="17"/>
              </w:rPr>
              <w:t xml:space="preserve"> /</w:t>
            </w:r>
            <w:sdt>
              <w:sdtPr>
                <w:rPr>
                  <w:sz w:val="17"/>
                </w:rPr>
                <w:id w:val="-144013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Нет</w:t>
            </w:r>
            <w:proofErr w:type="spellEnd"/>
            <w:r w:rsidR="000733A1">
              <w:rPr>
                <w:sz w:val="17"/>
              </w:rPr>
              <w:t xml:space="preserve"> / </w:t>
            </w:r>
            <w:proofErr w:type="spellStart"/>
            <w:r w:rsidR="000733A1">
              <w:rPr>
                <w:sz w:val="17"/>
              </w:rPr>
              <w:t>проект</w:t>
            </w:r>
            <w:proofErr w:type="spellEnd"/>
          </w:p>
        </w:tc>
        <w:tc>
          <w:tcPr>
            <w:tcW w:w="363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525BE6" w14:textId="77777777" w:rsidR="009A6D2A" w:rsidRDefault="009A6D2A" w:rsidP="00BC4726">
            <w:pPr>
              <w:spacing w:after="0"/>
            </w:pPr>
          </w:p>
        </w:tc>
      </w:tr>
      <w:tr w:rsidR="009A6D2A" w14:paraId="53B61496" w14:textId="77777777" w:rsidTr="00EA3A0E">
        <w:trPr>
          <w:jc w:val="center"/>
        </w:trPr>
        <w:tc>
          <w:tcPr>
            <w:tcW w:w="5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58D24C" w14:textId="77777777" w:rsidR="009A6D2A" w:rsidRDefault="000733A1" w:rsidP="00BC4726">
            <w:pPr>
              <w:spacing w:after="0"/>
            </w:pPr>
            <w:r>
              <w:rPr>
                <w:sz w:val="17"/>
              </w:rPr>
              <w:t>8</w:t>
            </w:r>
          </w:p>
        </w:tc>
        <w:tc>
          <w:tcPr>
            <w:tcW w:w="43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886B93" w14:textId="77777777" w:rsidR="009A6D2A" w:rsidRDefault="000733A1" w:rsidP="00BC4726">
            <w:pPr>
              <w:spacing w:after="0"/>
            </w:pPr>
            <w:r>
              <w:rPr>
                <w:sz w:val="17"/>
              </w:rPr>
              <w:t>Опыт ticket-system / helpdesk и Git-based release process</w:t>
            </w:r>
          </w:p>
        </w:tc>
        <w:tc>
          <w:tcPr>
            <w:tcW w:w="20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93C890" w14:textId="4744AD47" w:rsidR="009A6D2A" w:rsidRDefault="00C6474C" w:rsidP="00BC4726">
            <w:pPr>
              <w:spacing w:after="0"/>
            </w:pPr>
            <w:sdt>
              <w:sdtPr>
                <w:rPr>
                  <w:sz w:val="17"/>
                </w:rPr>
                <w:id w:val="130728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proofErr w:type="spellStart"/>
            <w:r>
              <w:rPr>
                <w:sz w:val="17"/>
              </w:rPr>
              <w:t>Да</w:t>
            </w:r>
            <w:proofErr w:type="spellEnd"/>
            <w:r>
              <w:rPr>
                <w:sz w:val="17"/>
              </w:rPr>
              <w:t xml:space="preserve"> /</w:t>
            </w:r>
            <w:sdt>
              <w:sdtPr>
                <w:rPr>
                  <w:sz w:val="17"/>
                </w:rPr>
                <w:id w:val="159728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Нет</w:t>
            </w:r>
            <w:proofErr w:type="spellEnd"/>
            <w:r w:rsidR="000733A1">
              <w:rPr>
                <w:sz w:val="17"/>
              </w:rPr>
              <w:t xml:space="preserve"> / </w:t>
            </w:r>
            <w:proofErr w:type="spellStart"/>
            <w:r w:rsidR="000733A1">
              <w:rPr>
                <w:sz w:val="17"/>
              </w:rPr>
              <w:t>комментарий</w:t>
            </w:r>
            <w:proofErr w:type="spellEnd"/>
          </w:p>
        </w:tc>
        <w:tc>
          <w:tcPr>
            <w:tcW w:w="363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81FC3A" w14:textId="77777777" w:rsidR="009A6D2A" w:rsidRDefault="009A6D2A" w:rsidP="00BC4726">
            <w:pPr>
              <w:spacing w:after="0"/>
            </w:pPr>
          </w:p>
        </w:tc>
      </w:tr>
      <w:tr w:rsidR="005D4E6F" w:rsidRPr="0038699F" w14:paraId="4FBA5E93" w14:textId="77777777" w:rsidTr="00EA3A0E">
        <w:trPr>
          <w:jc w:val="center"/>
        </w:trPr>
        <w:tc>
          <w:tcPr>
            <w:tcW w:w="5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8552C5" w14:textId="4D027DC3" w:rsidR="005D4E6F" w:rsidRDefault="0038699F" w:rsidP="00BC4726">
            <w:pPr>
              <w:spacing w:after="0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3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C51938" w14:textId="6926B357" w:rsidR="005D4E6F" w:rsidRPr="0038699F" w:rsidRDefault="0038699F" w:rsidP="00BC4726">
            <w:pPr>
              <w:spacing w:after="0"/>
              <w:rPr>
                <w:sz w:val="17"/>
                <w:lang w:val="ru-RU"/>
              </w:rPr>
            </w:pPr>
            <w:r w:rsidRPr="0038699F">
              <w:rPr>
                <w:sz w:val="17"/>
                <w:lang w:val="ru-RU"/>
              </w:rPr>
              <w:t xml:space="preserve">Опыт организации и использования </w:t>
            </w:r>
            <w:proofErr w:type="spellStart"/>
            <w:r w:rsidRPr="0038699F">
              <w:rPr>
                <w:sz w:val="17"/>
                <w:lang w:val="ru-RU"/>
              </w:rPr>
              <w:t>backlog</w:t>
            </w:r>
            <w:proofErr w:type="spellEnd"/>
            <w:r w:rsidRPr="0038699F">
              <w:rPr>
                <w:sz w:val="17"/>
                <w:lang w:val="ru-RU"/>
              </w:rPr>
              <w:t xml:space="preserve"> </w:t>
            </w:r>
            <w:proofErr w:type="spellStart"/>
            <w:r w:rsidRPr="0038699F">
              <w:rPr>
                <w:sz w:val="17"/>
                <w:lang w:val="ru-RU"/>
              </w:rPr>
              <w:t>management</w:t>
            </w:r>
            <w:proofErr w:type="spellEnd"/>
            <w:r w:rsidRPr="0038699F">
              <w:rPr>
                <w:sz w:val="17"/>
                <w:lang w:val="ru-RU"/>
              </w:rPr>
              <w:t xml:space="preserve"> / </w:t>
            </w:r>
            <w:proofErr w:type="spellStart"/>
            <w:r w:rsidRPr="0038699F">
              <w:rPr>
                <w:sz w:val="17"/>
                <w:lang w:val="ru-RU"/>
              </w:rPr>
              <w:t>change</w:t>
            </w:r>
            <w:proofErr w:type="spellEnd"/>
            <w:r w:rsidRPr="0038699F">
              <w:rPr>
                <w:sz w:val="17"/>
                <w:lang w:val="ru-RU"/>
              </w:rPr>
              <w:t xml:space="preserve"> </w:t>
            </w:r>
            <w:proofErr w:type="spellStart"/>
            <w:r w:rsidRPr="0038699F">
              <w:rPr>
                <w:sz w:val="17"/>
                <w:lang w:val="ru-RU"/>
              </w:rPr>
              <w:t>management</w:t>
            </w:r>
            <w:proofErr w:type="spellEnd"/>
            <w:r w:rsidRPr="0038699F">
              <w:rPr>
                <w:sz w:val="17"/>
                <w:lang w:val="ru-RU"/>
              </w:rPr>
              <w:t xml:space="preserve"> процесса</w:t>
            </w:r>
          </w:p>
        </w:tc>
        <w:tc>
          <w:tcPr>
            <w:tcW w:w="20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656864" w14:textId="720794C5" w:rsidR="005D4E6F" w:rsidRPr="0038699F" w:rsidRDefault="00C6474C" w:rsidP="00BC4726">
            <w:pPr>
              <w:spacing w:after="0"/>
              <w:rPr>
                <w:sz w:val="17"/>
                <w:lang w:val="ru-RU"/>
              </w:rPr>
            </w:pPr>
            <w:sdt>
              <w:sdtPr>
                <w:rPr>
                  <w:sz w:val="17"/>
                </w:rPr>
                <w:id w:val="152004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proofErr w:type="spellStart"/>
            <w:r>
              <w:rPr>
                <w:sz w:val="17"/>
              </w:rPr>
              <w:t>Да</w:t>
            </w:r>
            <w:proofErr w:type="spellEnd"/>
            <w:r>
              <w:rPr>
                <w:sz w:val="17"/>
              </w:rPr>
              <w:t xml:space="preserve"> /</w:t>
            </w:r>
            <w:sdt>
              <w:sdtPr>
                <w:rPr>
                  <w:sz w:val="17"/>
                </w:rPr>
                <w:id w:val="71715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Нет</w:t>
            </w:r>
            <w:proofErr w:type="spellEnd"/>
            <w:r w:rsidR="00C152D0" w:rsidRPr="00C152D0">
              <w:rPr>
                <w:sz w:val="17"/>
                <w:lang w:val="ru-RU"/>
              </w:rPr>
              <w:t xml:space="preserve"> / описание процесса</w:t>
            </w:r>
          </w:p>
        </w:tc>
        <w:tc>
          <w:tcPr>
            <w:tcW w:w="363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627F4D" w14:textId="77777777" w:rsidR="005D4E6F" w:rsidRPr="0038699F" w:rsidRDefault="005D4E6F" w:rsidP="00BC4726">
            <w:pPr>
              <w:spacing w:after="0"/>
              <w:rPr>
                <w:lang w:val="ru-RU"/>
              </w:rPr>
            </w:pPr>
          </w:p>
        </w:tc>
      </w:tr>
      <w:tr w:rsidR="009A6D2A" w14:paraId="0CBE2C9E" w14:textId="77777777" w:rsidTr="00EA3A0E">
        <w:trPr>
          <w:jc w:val="center"/>
        </w:trPr>
        <w:tc>
          <w:tcPr>
            <w:tcW w:w="5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409E54" w14:textId="07281D66" w:rsidR="009A6D2A" w:rsidRDefault="0038699F" w:rsidP="00BC4726">
            <w:pPr>
              <w:spacing w:after="0"/>
            </w:pPr>
            <w:r>
              <w:t>10</w:t>
            </w:r>
          </w:p>
        </w:tc>
        <w:tc>
          <w:tcPr>
            <w:tcW w:w="43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06BC34" w14:textId="7B79600E" w:rsidR="009A6D2A" w:rsidRPr="00C152D0" w:rsidRDefault="00C152D0" w:rsidP="00BC4726">
            <w:pPr>
              <w:spacing w:after="0"/>
              <w:rPr>
                <w:lang w:val="ru-RU"/>
              </w:rPr>
            </w:pPr>
            <w:r w:rsidRPr="00C152D0">
              <w:rPr>
                <w:sz w:val="17"/>
                <w:lang w:val="ru-RU"/>
              </w:rPr>
              <w:t xml:space="preserve">Отсутствие конфликта интересов, включая отношения с предыдущими подрядчиками или субподрядчиками </w:t>
            </w:r>
            <w:r w:rsidRPr="00C152D0">
              <w:rPr>
                <w:sz w:val="17"/>
              </w:rPr>
              <w:t>UNICEF</w:t>
            </w:r>
            <w:r w:rsidRPr="00C152D0">
              <w:rPr>
                <w:sz w:val="17"/>
                <w:lang w:val="ru-RU"/>
              </w:rPr>
              <w:t xml:space="preserve"> </w:t>
            </w:r>
            <w:r w:rsidRPr="00C152D0">
              <w:rPr>
                <w:sz w:val="17"/>
              </w:rPr>
              <w:t>Belarus</w:t>
            </w:r>
            <w:r w:rsidRPr="00C152D0">
              <w:rPr>
                <w:sz w:val="17"/>
                <w:lang w:val="ru-RU"/>
              </w:rPr>
              <w:t xml:space="preserve"> по указанным платформам.</w:t>
            </w:r>
          </w:p>
        </w:tc>
        <w:tc>
          <w:tcPr>
            <w:tcW w:w="20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C74CB7" w14:textId="77777777" w:rsidR="00C34566" w:rsidRDefault="00C6474C" w:rsidP="00BC4726">
            <w:pPr>
              <w:spacing w:after="0"/>
              <w:rPr>
                <w:sz w:val="17"/>
              </w:rPr>
            </w:pPr>
            <w:sdt>
              <w:sdtPr>
                <w:rPr>
                  <w:sz w:val="17"/>
                </w:rPr>
                <w:id w:val="-152725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</w:t>
            </w:r>
            <w:proofErr w:type="spellStart"/>
            <w:r w:rsidR="000733A1">
              <w:rPr>
                <w:sz w:val="17"/>
              </w:rPr>
              <w:t>Подтверждаю</w:t>
            </w:r>
            <w:proofErr w:type="spellEnd"/>
            <w:r w:rsidR="000733A1">
              <w:rPr>
                <w:sz w:val="17"/>
              </w:rPr>
              <w:t xml:space="preserve"> / </w:t>
            </w:r>
          </w:p>
          <w:p w14:paraId="226EFFDE" w14:textId="7CBA9E41" w:rsidR="009A6D2A" w:rsidRDefault="00C6474C" w:rsidP="00BC4726">
            <w:pPr>
              <w:spacing w:after="0"/>
            </w:pPr>
            <w:sdt>
              <w:sdtPr>
                <w:rPr>
                  <w:sz w:val="17"/>
                </w:rPr>
                <w:id w:val="240757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</w:t>
            </w:r>
            <w:r w:rsidR="00C34566">
              <w:rPr>
                <w:sz w:val="17"/>
                <w:lang w:val="ru-RU"/>
              </w:rPr>
              <w:t>Н</w:t>
            </w:r>
            <w:r w:rsidR="000733A1">
              <w:rPr>
                <w:sz w:val="17"/>
              </w:rPr>
              <w:t xml:space="preserve">е </w:t>
            </w:r>
            <w:proofErr w:type="spellStart"/>
            <w:r w:rsidR="000733A1">
              <w:rPr>
                <w:sz w:val="17"/>
              </w:rPr>
              <w:t>подтверждаю</w:t>
            </w:r>
            <w:proofErr w:type="spellEnd"/>
          </w:p>
        </w:tc>
        <w:tc>
          <w:tcPr>
            <w:tcW w:w="363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5AAD7C" w14:textId="77777777" w:rsidR="009A6D2A" w:rsidRDefault="000733A1" w:rsidP="00BC4726">
            <w:pPr>
              <w:spacing w:after="0"/>
            </w:pPr>
            <w:r>
              <w:rPr>
                <w:sz w:val="17"/>
              </w:rPr>
              <w:t>Подписанная декларация</w:t>
            </w:r>
          </w:p>
        </w:tc>
      </w:tr>
      <w:tr w:rsidR="009A6D2A" w14:paraId="62787E1A" w14:textId="77777777" w:rsidTr="00EA3A0E">
        <w:trPr>
          <w:jc w:val="center"/>
        </w:trPr>
        <w:tc>
          <w:tcPr>
            <w:tcW w:w="5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C25035" w14:textId="7B8A1957" w:rsidR="009A6D2A" w:rsidRDefault="000733A1" w:rsidP="00BC4726">
            <w:pPr>
              <w:spacing w:after="0"/>
            </w:pPr>
            <w:r>
              <w:rPr>
                <w:sz w:val="17"/>
              </w:rPr>
              <w:t>1</w:t>
            </w:r>
            <w:r w:rsidR="0038699F">
              <w:rPr>
                <w:sz w:val="17"/>
              </w:rPr>
              <w:t>1</w:t>
            </w:r>
          </w:p>
        </w:tc>
        <w:tc>
          <w:tcPr>
            <w:tcW w:w="43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8C04E8" w14:textId="77777777" w:rsidR="009A6D2A" w:rsidRPr="00213727" w:rsidRDefault="000733A1" w:rsidP="00BC4726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>Наличие необходимого профессионального оборудования и ПО</w:t>
            </w:r>
          </w:p>
        </w:tc>
        <w:tc>
          <w:tcPr>
            <w:tcW w:w="20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A4F14D" w14:textId="68E841D4" w:rsidR="009A6D2A" w:rsidRDefault="00C6474C" w:rsidP="00BC4726">
            <w:pPr>
              <w:spacing w:after="0"/>
            </w:pPr>
            <w:sdt>
              <w:sdtPr>
                <w:rPr>
                  <w:sz w:val="17"/>
                </w:rPr>
                <w:id w:val="-147498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proofErr w:type="spellStart"/>
            <w:r>
              <w:rPr>
                <w:sz w:val="17"/>
              </w:rPr>
              <w:t>Да</w:t>
            </w:r>
            <w:proofErr w:type="spellEnd"/>
            <w:r>
              <w:rPr>
                <w:sz w:val="17"/>
              </w:rPr>
              <w:t xml:space="preserve"> /</w:t>
            </w:r>
            <w:sdt>
              <w:sdtPr>
                <w:rPr>
                  <w:sz w:val="17"/>
                </w:rPr>
                <w:id w:val="-1793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Нет</w:t>
            </w:r>
            <w:proofErr w:type="spellEnd"/>
            <w:r w:rsidR="000733A1">
              <w:rPr>
                <w:sz w:val="17"/>
              </w:rPr>
              <w:t xml:space="preserve"> / </w:t>
            </w:r>
            <w:proofErr w:type="spellStart"/>
            <w:r w:rsidR="000733A1">
              <w:rPr>
                <w:sz w:val="17"/>
              </w:rPr>
              <w:t>комментарий</w:t>
            </w:r>
            <w:proofErr w:type="spellEnd"/>
          </w:p>
        </w:tc>
        <w:tc>
          <w:tcPr>
            <w:tcW w:w="363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C9F994" w14:textId="77777777" w:rsidR="009A6D2A" w:rsidRDefault="009A6D2A" w:rsidP="00BC4726">
            <w:pPr>
              <w:spacing w:after="0"/>
            </w:pPr>
          </w:p>
        </w:tc>
      </w:tr>
      <w:tr w:rsidR="00BC4726" w:rsidRPr="00BC4726" w14:paraId="4C671BBB" w14:textId="77777777" w:rsidTr="00EA3A0E">
        <w:trPr>
          <w:jc w:val="center"/>
        </w:trPr>
        <w:tc>
          <w:tcPr>
            <w:tcW w:w="5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C9AEAC" w14:textId="4A7C798D" w:rsidR="00BC4726" w:rsidRDefault="00BC4726" w:rsidP="00BC4726">
            <w:pPr>
              <w:spacing w:after="0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3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3F0B12" w14:textId="6DACAD19" w:rsidR="00BC4726" w:rsidRPr="00213727" w:rsidRDefault="00BC4726" w:rsidP="00BC4726">
            <w:pPr>
              <w:spacing w:after="0"/>
              <w:rPr>
                <w:sz w:val="17"/>
                <w:lang w:val="ru-RU"/>
              </w:rPr>
            </w:pPr>
            <w:r w:rsidRPr="00BC4726">
              <w:rPr>
                <w:sz w:val="17"/>
                <w:lang w:val="ru-RU"/>
              </w:rPr>
              <w:t xml:space="preserve">Опыт организации и планирования комплексных проектов с использованием </w:t>
            </w:r>
            <w:proofErr w:type="spellStart"/>
            <w:r w:rsidRPr="00BC4726">
              <w:rPr>
                <w:sz w:val="17"/>
                <w:lang w:val="ru-RU"/>
              </w:rPr>
              <w:t>backlog</w:t>
            </w:r>
            <w:proofErr w:type="spellEnd"/>
            <w:r w:rsidRPr="00BC4726">
              <w:rPr>
                <w:sz w:val="17"/>
                <w:lang w:val="ru-RU"/>
              </w:rPr>
              <w:t xml:space="preserve">, </w:t>
            </w:r>
            <w:proofErr w:type="spellStart"/>
            <w:r w:rsidRPr="00BC4726">
              <w:rPr>
                <w:sz w:val="17"/>
                <w:lang w:val="ru-RU"/>
              </w:rPr>
              <w:t>capacity</w:t>
            </w:r>
            <w:proofErr w:type="spellEnd"/>
            <w:r w:rsidRPr="00BC4726">
              <w:rPr>
                <w:sz w:val="17"/>
                <w:lang w:val="ru-RU"/>
              </w:rPr>
              <w:t xml:space="preserve"> </w:t>
            </w:r>
            <w:proofErr w:type="spellStart"/>
            <w:r w:rsidRPr="00BC4726">
              <w:rPr>
                <w:sz w:val="17"/>
                <w:lang w:val="ru-RU"/>
              </w:rPr>
              <w:t>planning</w:t>
            </w:r>
            <w:proofErr w:type="spellEnd"/>
            <w:r w:rsidRPr="00BC4726">
              <w:rPr>
                <w:sz w:val="17"/>
                <w:lang w:val="ru-RU"/>
              </w:rPr>
              <w:t xml:space="preserve"> и </w:t>
            </w:r>
            <w:proofErr w:type="spellStart"/>
            <w:r w:rsidRPr="00BC4726">
              <w:rPr>
                <w:sz w:val="17"/>
                <w:lang w:val="ru-RU"/>
              </w:rPr>
              <w:t>change</w:t>
            </w:r>
            <w:proofErr w:type="spellEnd"/>
            <w:r w:rsidRPr="00BC4726">
              <w:rPr>
                <w:sz w:val="17"/>
                <w:lang w:val="ru-RU"/>
              </w:rPr>
              <w:t xml:space="preserve"> </w:t>
            </w:r>
            <w:proofErr w:type="spellStart"/>
            <w:r w:rsidRPr="00BC4726">
              <w:rPr>
                <w:sz w:val="17"/>
                <w:lang w:val="ru-RU"/>
              </w:rPr>
              <w:t>management</w:t>
            </w:r>
            <w:proofErr w:type="spellEnd"/>
          </w:p>
        </w:tc>
        <w:tc>
          <w:tcPr>
            <w:tcW w:w="20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98A4DA" w14:textId="6FB29D87" w:rsidR="00BC4726" w:rsidRPr="00BC4726" w:rsidRDefault="00C6474C" w:rsidP="00BC4726">
            <w:pPr>
              <w:spacing w:after="0"/>
              <w:rPr>
                <w:sz w:val="17"/>
                <w:lang w:val="ru-RU"/>
              </w:rPr>
            </w:pPr>
            <w:sdt>
              <w:sdtPr>
                <w:rPr>
                  <w:sz w:val="17"/>
                </w:rPr>
                <w:id w:val="-44261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proofErr w:type="spellStart"/>
            <w:r>
              <w:rPr>
                <w:sz w:val="17"/>
              </w:rPr>
              <w:t>Да</w:t>
            </w:r>
            <w:proofErr w:type="spellEnd"/>
            <w:r>
              <w:rPr>
                <w:sz w:val="17"/>
              </w:rPr>
              <w:t xml:space="preserve"> /</w:t>
            </w:r>
            <w:sdt>
              <w:sdtPr>
                <w:rPr>
                  <w:sz w:val="17"/>
                </w:rPr>
                <w:id w:val="-168751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Нет</w:t>
            </w:r>
            <w:proofErr w:type="spellEnd"/>
            <w:r w:rsidR="00BC4726">
              <w:rPr>
                <w:sz w:val="17"/>
              </w:rPr>
              <w:t xml:space="preserve"> / </w:t>
            </w:r>
            <w:proofErr w:type="spellStart"/>
            <w:r w:rsidR="00BC4726">
              <w:rPr>
                <w:sz w:val="17"/>
              </w:rPr>
              <w:t>комментарий</w:t>
            </w:r>
            <w:proofErr w:type="spellEnd"/>
          </w:p>
        </w:tc>
        <w:tc>
          <w:tcPr>
            <w:tcW w:w="363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F92E04" w14:textId="77777777" w:rsidR="00BC4726" w:rsidRPr="00BC4726" w:rsidRDefault="00BC4726" w:rsidP="00BC4726">
            <w:pPr>
              <w:spacing w:after="0"/>
              <w:rPr>
                <w:lang w:val="ru-RU"/>
              </w:rPr>
            </w:pPr>
          </w:p>
        </w:tc>
      </w:tr>
    </w:tbl>
    <w:p w14:paraId="36921763" w14:textId="555F1C30" w:rsidR="009A6D2A" w:rsidRDefault="000733A1">
      <w:pPr>
        <w:pStyle w:val="Heading1"/>
      </w:pPr>
      <w:r>
        <w:t>6. Предлагаемая команда</w:t>
      </w:r>
    </w:p>
    <w:tbl>
      <w:tblPr>
        <w:tblW w:w="10513" w:type="dxa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1800"/>
        <w:gridCol w:w="1800"/>
        <w:gridCol w:w="2520"/>
        <w:gridCol w:w="1944"/>
        <w:gridCol w:w="2449"/>
      </w:tblGrid>
      <w:tr w:rsidR="009A6D2A" w14:paraId="5FA5B1A4" w14:textId="77777777" w:rsidTr="00EA3A0E">
        <w:trPr>
          <w:jc w:val="center"/>
        </w:trPr>
        <w:tc>
          <w:tcPr>
            <w:tcW w:w="180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9806AF" w14:textId="77777777" w:rsidR="009A6D2A" w:rsidRDefault="000733A1" w:rsidP="00B014FF">
            <w:pPr>
              <w:spacing w:after="0"/>
            </w:pPr>
            <w:proofErr w:type="spellStart"/>
            <w:r>
              <w:rPr>
                <w:b/>
                <w:color w:val="FFFFFF"/>
                <w:sz w:val="17"/>
              </w:rPr>
              <w:t>Роль</w:t>
            </w:r>
            <w:proofErr w:type="spellEnd"/>
          </w:p>
        </w:tc>
        <w:tc>
          <w:tcPr>
            <w:tcW w:w="180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45399E" w14:textId="77777777" w:rsidR="009A6D2A" w:rsidRDefault="000733A1" w:rsidP="00B014FF">
            <w:pPr>
              <w:spacing w:after="0"/>
            </w:pPr>
            <w:r>
              <w:rPr>
                <w:b/>
                <w:color w:val="FFFFFF"/>
                <w:sz w:val="17"/>
              </w:rPr>
              <w:t>ФИО специалиста</w:t>
            </w:r>
          </w:p>
        </w:tc>
        <w:tc>
          <w:tcPr>
            <w:tcW w:w="252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C05EA1" w14:textId="77777777" w:rsidR="009A6D2A" w:rsidRDefault="000733A1" w:rsidP="00B014FF">
            <w:pPr>
              <w:spacing w:after="0"/>
            </w:pPr>
            <w:r>
              <w:rPr>
                <w:b/>
                <w:color w:val="FFFFFF"/>
                <w:sz w:val="17"/>
              </w:rPr>
              <w:t>Основные обязанности</w:t>
            </w:r>
          </w:p>
        </w:tc>
        <w:tc>
          <w:tcPr>
            <w:tcW w:w="194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FB26A0" w14:textId="77777777" w:rsidR="009A6D2A" w:rsidRDefault="000733A1" w:rsidP="00B014FF">
            <w:pPr>
              <w:spacing w:after="0"/>
            </w:pPr>
            <w:r>
              <w:rPr>
                <w:b/>
                <w:color w:val="FFFFFF"/>
                <w:sz w:val="17"/>
              </w:rPr>
              <w:t>Образование / сертификаты</w:t>
            </w:r>
          </w:p>
        </w:tc>
        <w:tc>
          <w:tcPr>
            <w:tcW w:w="2449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057D54" w14:textId="77777777" w:rsidR="009A6D2A" w:rsidRDefault="000733A1" w:rsidP="00B014FF">
            <w:pPr>
              <w:spacing w:after="0"/>
            </w:pPr>
            <w:r>
              <w:rPr>
                <w:b/>
                <w:color w:val="FFFFFF"/>
                <w:sz w:val="17"/>
              </w:rPr>
              <w:t>Опыт аналогичных проектов</w:t>
            </w:r>
          </w:p>
        </w:tc>
      </w:tr>
      <w:tr w:rsidR="009A6D2A" w14:paraId="663CB079" w14:textId="77777777" w:rsidTr="00EA3A0E">
        <w:trPr>
          <w:jc w:val="center"/>
        </w:trPr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9CCE45" w14:textId="77777777" w:rsidR="009A6D2A" w:rsidRDefault="000733A1" w:rsidP="00951800">
            <w:pPr>
              <w:spacing w:after="0"/>
            </w:pPr>
            <w:r>
              <w:rPr>
                <w:sz w:val="17"/>
              </w:rPr>
              <w:t>Project Manager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A22A47" w14:textId="77777777" w:rsidR="009A6D2A" w:rsidRDefault="009A6D2A" w:rsidP="00951800">
            <w:pPr>
              <w:spacing w:after="0"/>
            </w:pPr>
          </w:p>
        </w:tc>
        <w:tc>
          <w:tcPr>
            <w:tcW w:w="25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3C86FC" w14:textId="77777777" w:rsidR="009A6D2A" w:rsidRDefault="009A6D2A" w:rsidP="00951800">
            <w:pPr>
              <w:spacing w:after="0"/>
            </w:pPr>
          </w:p>
        </w:tc>
        <w:tc>
          <w:tcPr>
            <w:tcW w:w="19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135D4C" w14:textId="77777777" w:rsidR="009A6D2A" w:rsidRDefault="009A6D2A" w:rsidP="00951800">
            <w:pPr>
              <w:spacing w:after="0"/>
            </w:pPr>
          </w:p>
        </w:tc>
        <w:tc>
          <w:tcPr>
            <w:tcW w:w="244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EEE7BB" w14:textId="77777777" w:rsidR="009A6D2A" w:rsidRDefault="009A6D2A" w:rsidP="00951800">
            <w:pPr>
              <w:spacing w:after="0"/>
            </w:pPr>
          </w:p>
        </w:tc>
      </w:tr>
      <w:tr w:rsidR="009A6D2A" w14:paraId="5A34A942" w14:textId="77777777" w:rsidTr="00EA3A0E">
        <w:trPr>
          <w:jc w:val="center"/>
        </w:trPr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4AECFF" w14:textId="77777777" w:rsidR="009A6D2A" w:rsidRDefault="000733A1" w:rsidP="00951800">
            <w:pPr>
              <w:spacing w:after="0"/>
            </w:pPr>
            <w:r>
              <w:rPr>
                <w:sz w:val="17"/>
              </w:rPr>
              <w:t>Front-end Developer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72C0B6" w14:textId="77777777" w:rsidR="009A6D2A" w:rsidRDefault="009A6D2A" w:rsidP="00951800">
            <w:pPr>
              <w:spacing w:after="0"/>
            </w:pPr>
          </w:p>
        </w:tc>
        <w:tc>
          <w:tcPr>
            <w:tcW w:w="25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57EA4C" w14:textId="77777777" w:rsidR="009A6D2A" w:rsidRDefault="009A6D2A" w:rsidP="00951800">
            <w:pPr>
              <w:spacing w:after="0"/>
            </w:pPr>
          </w:p>
        </w:tc>
        <w:tc>
          <w:tcPr>
            <w:tcW w:w="19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C439E7" w14:textId="77777777" w:rsidR="009A6D2A" w:rsidRDefault="009A6D2A" w:rsidP="00951800">
            <w:pPr>
              <w:spacing w:after="0"/>
            </w:pPr>
          </w:p>
        </w:tc>
        <w:tc>
          <w:tcPr>
            <w:tcW w:w="244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EE3A04" w14:textId="77777777" w:rsidR="009A6D2A" w:rsidRDefault="009A6D2A" w:rsidP="00951800">
            <w:pPr>
              <w:spacing w:after="0"/>
            </w:pPr>
          </w:p>
        </w:tc>
      </w:tr>
      <w:tr w:rsidR="009A6D2A" w14:paraId="3A86899E" w14:textId="77777777" w:rsidTr="00EA3A0E">
        <w:trPr>
          <w:jc w:val="center"/>
        </w:trPr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4E21EB" w14:textId="77777777" w:rsidR="009A6D2A" w:rsidRDefault="000733A1" w:rsidP="00951800">
            <w:pPr>
              <w:spacing w:after="0"/>
            </w:pPr>
            <w:r>
              <w:rPr>
                <w:sz w:val="17"/>
              </w:rPr>
              <w:t>Back-end Developer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77FF27" w14:textId="77777777" w:rsidR="009A6D2A" w:rsidRDefault="009A6D2A" w:rsidP="00951800">
            <w:pPr>
              <w:spacing w:after="0"/>
            </w:pPr>
          </w:p>
        </w:tc>
        <w:tc>
          <w:tcPr>
            <w:tcW w:w="25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843949" w14:textId="77777777" w:rsidR="009A6D2A" w:rsidRDefault="009A6D2A" w:rsidP="00951800">
            <w:pPr>
              <w:spacing w:after="0"/>
            </w:pPr>
          </w:p>
        </w:tc>
        <w:tc>
          <w:tcPr>
            <w:tcW w:w="19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966F40" w14:textId="77777777" w:rsidR="009A6D2A" w:rsidRDefault="009A6D2A" w:rsidP="00951800">
            <w:pPr>
              <w:spacing w:after="0"/>
            </w:pPr>
          </w:p>
        </w:tc>
        <w:tc>
          <w:tcPr>
            <w:tcW w:w="244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36B9E6" w14:textId="77777777" w:rsidR="009A6D2A" w:rsidRDefault="009A6D2A" w:rsidP="00951800">
            <w:pPr>
              <w:spacing w:after="0"/>
            </w:pPr>
          </w:p>
        </w:tc>
      </w:tr>
      <w:tr w:rsidR="009A6D2A" w14:paraId="2B1D7EC1" w14:textId="77777777" w:rsidTr="00EA3A0E">
        <w:trPr>
          <w:jc w:val="center"/>
        </w:trPr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5A3CCD" w14:textId="77777777" w:rsidR="009A6D2A" w:rsidRDefault="000733A1" w:rsidP="00951800">
            <w:pPr>
              <w:spacing w:after="0"/>
            </w:pPr>
            <w:r>
              <w:rPr>
                <w:sz w:val="17"/>
              </w:rPr>
              <w:t>UI/UX Designer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DB6C79" w14:textId="77777777" w:rsidR="009A6D2A" w:rsidRDefault="009A6D2A" w:rsidP="00951800">
            <w:pPr>
              <w:spacing w:after="0"/>
            </w:pPr>
          </w:p>
        </w:tc>
        <w:tc>
          <w:tcPr>
            <w:tcW w:w="25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DD3C4B" w14:textId="77777777" w:rsidR="009A6D2A" w:rsidRDefault="009A6D2A" w:rsidP="00951800">
            <w:pPr>
              <w:spacing w:after="0"/>
            </w:pPr>
          </w:p>
        </w:tc>
        <w:tc>
          <w:tcPr>
            <w:tcW w:w="19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5ED706" w14:textId="77777777" w:rsidR="009A6D2A" w:rsidRDefault="009A6D2A" w:rsidP="00951800">
            <w:pPr>
              <w:spacing w:after="0"/>
            </w:pPr>
          </w:p>
        </w:tc>
        <w:tc>
          <w:tcPr>
            <w:tcW w:w="244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6BC97B" w14:textId="77777777" w:rsidR="009A6D2A" w:rsidRDefault="009A6D2A" w:rsidP="00951800">
            <w:pPr>
              <w:spacing w:after="0"/>
            </w:pPr>
          </w:p>
        </w:tc>
      </w:tr>
      <w:tr w:rsidR="009A6D2A" w14:paraId="1F8B9FD0" w14:textId="77777777" w:rsidTr="00EA3A0E">
        <w:trPr>
          <w:jc w:val="center"/>
        </w:trPr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946A63" w14:textId="77777777" w:rsidR="009A6D2A" w:rsidRDefault="000733A1" w:rsidP="00951800">
            <w:pPr>
              <w:spacing w:after="0"/>
            </w:pPr>
            <w:r>
              <w:rPr>
                <w:sz w:val="17"/>
              </w:rPr>
              <w:t>QA / Test Engineer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C21B40" w14:textId="77777777" w:rsidR="009A6D2A" w:rsidRDefault="009A6D2A" w:rsidP="00951800">
            <w:pPr>
              <w:spacing w:after="0"/>
            </w:pPr>
          </w:p>
        </w:tc>
        <w:tc>
          <w:tcPr>
            <w:tcW w:w="25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9C4470" w14:textId="77777777" w:rsidR="009A6D2A" w:rsidRDefault="009A6D2A" w:rsidP="00951800">
            <w:pPr>
              <w:spacing w:after="0"/>
            </w:pPr>
          </w:p>
        </w:tc>
        <w:tc>
          <w:tcPr>
            <w:tcW w:w="19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FA3C87" w14:textId="77777777" w:rsidR="009A6D2A" w:rsidRDefault="009A6D2A" w:rsidP="00951800">
            <w:pPr>
              <w:spacing w:after="0"/>
            </w:pPr>
          </w:p>
        </w:tc>
        <w:tc>
          <w:tcPr>
            <w:tcW w:w="244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F0D797" w14:textId="77777777" w:rsidR="009A6D2A" w:rsidRDefault="009A6D2A" w:rsidP="00951800">
            <w:pPr>
              <w:spacing w:after="0"/>
            </w:pPr>
          </w:p>
        </w:tc>
      </w:tr>
      <w:tr w:rsidR="009A6D2A" w14:paraId="1DC9E53E" w14:textId="77777777" w:rsidTr="00EA3A0E">
        <w:trPr>
          <w:jc w:val="center"/>
        </w:trPr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7EADE0" w14:textId="77777777" w:rsidR="009A6D2A" w:rsidRDefault="000733A1" w:rsidP="00951800">
            <w:pPr>
              <w:spacing w:after="0"/>
            </w:pPr>
            <w:r>
              <w:rPr>
                <w:sz w:val="17"/>
              </w:rPr>
              <w:t>Security / DevOps Specialist, если применимо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E156DE" w14:textId="77777777" w:rsidR="009A6D2A" w:rsidRDefault="009A6D2A" w:rsidP="00951800">
            <w:pPr>
              <w:spacing w:after="0"/>
            </w:pPr>
          </w:p>
        </w:tc>
        <w:tc>
          <w:tcPr>
            <w:tcW w:w="25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CE8372" w14:textId="77777777" w:rsidR="009A6D2A" w:rsidRDefault="009A6D2A" w:rsidP="00951800">
            <w:pPr>
              <w:spacing w:after="0"/>
            </w:pPr>
          </w:p>
        </w:tc>
        <w:tc>
          <w:tcPr>
            <w:tcW w:w="19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95B5E8" w14:textId="77777777" w:rsidR="009A6D2A" w:rsidRDefault="009A6D2A" w:rsidP="00951800">
            <w:pPr>
              <w:spacing w:after="0"/>
            </w:pPr>
          </w:p>
        </w:tc>
        <w:tc>
          <w:tcPr>
            <w:tcW w:w="244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706B1C" w14:textId="77777777" w:rsidR="009A6D2A" w:rsidRDefault="009A6D2A" w:rsidP="00951800">
            <w:pPr>
              <w:spacing w:after="0"/>
            </w:pPr>
          </w:p>
        </w:tc>
      </w:tr>
    </w:tbl>
    <w:p w14:paraId="06EE6FA7" w14:textId="5E15F769" w:rsidR="009A6D2A" w:rsidRPr="00213727" w:rsidRDefault="000733A1">
      <w:pPr>
        <w:pStyle w:val="Heading1"/>
        <w:rPr>
          <w:lang w:val="ru-RU"/>
        </w:rPr>
      </w:pPr>
      <w:r w:rsidRPr="00213727">
        <w:rPr>
          <w:lang w:val="ru-RU"/>
        </w:rPr>
        <w:t xml:space="preserve">7. Подход к </w:t>
      </w:r>
      <w:r>
        <w:t>SLA</w:t>
      </w:r>
      <w:r w:rsidRPr="00213727">
        <w:rPr>
          <w:lang w:val="ru-RU"/>
        </w:rPr>
        <w:t>, отчётности и учёту времени</w:t>
      </w:r>
    </w:p>
    <w:tbl>
      <w:tblPr>
        <w:tblW w:w="10505" w:type="dxa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3407"/>
        <w:gridCol w:w="7098"/>
      </w:tblGrid>
      <w:tr w:rsidR="004A0545" w14:paraId="00425A01" w14:textId="77777777" w:rsidTr="00EA3A0E">
        <w:trPr>
          <w:jc w:val="center"/>
        </w:trPr>
        <w:tc>
          <w:tcPr>
            <w:tcW w:w="3407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5BA913" w14:textId="77777777" w:rsidR="004A0545" w:rsidRDefault="004A0545" w:rsidP="00A656AC">
            <w:pPr>
              <w:spacing w:after="0"/>
            </w:pPr>
            <w:proofErr w:type="spellStart"/>
            <w:r>
              <w:rPr>
                <w:b/>
                <w:color w:val="FFFFFF"/>
                <w:sz w:val="17"/>
              </w:rPr>
              <w:t>Область</w:t>
            </w:r>
            <w:proofErr w:type="spellEnd"/>
          </w:p>
        </w:tc>
        <w:tc>
          <w:tcPr>
            <w:tcW w:w="7098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720BFB" w14:textId="77777777" w:rsidR="004A0545" w:rsidRDefault="004A0545" w:rsidP="00A656AC">
            <w:pPr>
              <w:spacing w:after="0"/>
            </w:pPr>
            <w:proofErr w:type="spellStart"/>
            <w:r>
              <w:rPr>
                <w:b/>
                <w:color w:val="FFFFFF"/>
                <w:sz w:val="17"/>
              </w:rPr>
              <w:t>Описание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предложенного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подхода</w:t>
            </w:r>
            <w:proofErr w:type="spellEnd"/>
          </w:p>
        </w:tc>
      </w:tr>
      <w:tr w:rsidR="004A0545" w14:paraId="01231C44" w14:textId="77777777" w:rsidTr="00EA3A0E">
        <w:trPr>
          <w:jc w:val="center"/>
        </w:trPr>
        <w:tc>
          <w:tcPr>
            <w:tcW w:w="340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838639" w14:textId="77777777" w:rsidR="004A0545" w:rsidRDefault="004A0545" w:rsidP="00102F72">
            <w:pPr>
              <w:spacing w:after="0"/>
            </w:pPr>
            <w:proofErr w:type="spellStart"/>
            <w:r>
              <w:rPr>
                <w:sz w:val="17"/>
              </w:rPr>
              <w:t>Ежемесячная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отчётность</w:t>
            </w:r>
            <w:proofErr w:type="spellEnd"/>
          </w:p>
        </w:tc>
        <w:tc>
          <w:tcPr>
            <w:tcW w:w="7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C0F27B" w14:textId="77777777" w:rsidR="004A0545" w:rsidRDefault="004A0545" w:rsidP="00102F72">
            <w:pPr>
              <w:spacing w:after="0"/>
            </w:pPr>
          </w:p>
        </w:tc>
      </w:tr>
      <w:tr w:rsidR="004A0545" w:rsidRPr="00577C2F" w14:paraId="319E2AB6" w14:textId="77777777" w:rsidTr="00EA3A0E">
        <w:trPr>
          <w:jc w:val="center"/>
        </w:trPr>
        <w:tc>
          <w:tcPr>
            <w:tcW w:w="340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FFFACA" w14:textId="77777777" w:rsidR="004A0545" w:rsidRPr="00213727" w:rsidRDefault="004A0545" w:rsidP="00102F72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>Учёт времени по платформам, задачам, специалистам и датам</w:t>
            </w:r>
          </w:p>
        </w:tc>
        <w:tc>
          <w:tcPr>
            <w:tcW w:w="7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44DB4F" w14:textId="77777777" w:rsidR="004A0545" w:rsidRPr="00213727" w:rsidRDefault="004A0545" w:rsidP="00102F72">
            <w:pPr>
              <w:spacing w:after="0"/>
              <w:rPr>
                <w:lang w:val="ru-RU"/>
              </w:rPr>
            </w:pPr>
          </w:p>
        </w:tc>
      </w:tr>
      <w:tr w:rsidR="004A0545" w:rsidRPr="00577C2F" w14:paraId="31C730ED" w14:textId="77777777" w:rsidTr="00EA3A0E">
        <w:trPr>
          <w:jc w:val="center"/>
        </w:trPr>
        <w:tc>
          <w:tcPr>
            <w:tcW w:w="340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D946C3" w14:textId="77777777" w:rsidR="004A0545" w:rsidRPr="00213727" w:rsidRDefault="004A0545" w:rsidP="00102F72">
            <w:pPr>
              <w:spacing w:after="0"/>
              <w:rPr>
                <w:lang w:val="ru-RU"/>
              </w:rPr>
            </w:pPr>
            <w:r>
              <w:rPr>
                <w:sz w:val="17"/>
              </w:rPr>
              <w:t>SLA</w:t>
            </w:r>
            <w:r w:rsidRPr="00213727">
              <w:rPr>
                <w:sz w:val="17"/>
                <w:lang w:val="ru-RU"/>
              </w:rPr>
              <w:t>-отчёт и реестр инцидентов</w:t>
            </w:r>
          </w:p>
        </w:tc>
        <w:tc>
          <w:tcPr>
            <w:tcW w:w="7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7C549E" w14:textId="77777777" w:rsidR="004A0545" w:rsidRPr="00213727" w:rsidRDefault="004A0545" w:rsidP="00102F72">
            <w:pPr>
              <w:spacing w:after="0"/>
              <w:rPr>
                <w:lang w:val="ru-RU"/>
              </w:rPr>
            </w:pPr>
          </w:p>
        </w:tc>
      </w:tr>
      <w:tr w:rsidR="004A0545" w:rsidRPr="00577C2F" w14:paraId="469D8590" w14:textId="77777777" w:rsidTr="00EA3A0E">
        <w:trPr>
          <w:jc w:val="center"/>
        </w:trPr>
        <w:tc>
          <w:tcPr>
            <w:tcW w:w="340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ACD3EE" w14:textId="77777777" w:rsidR="004A0545" w:rsidRPr="00213727" w:rsidRDefault="004A0545" w:rsidP="00102F72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 xml:space="preserve">Журнал изменений, </w:t>
            </w:r>
            <w:proofErr w:type="spellStart"/>
            <w:r w:rsidRPr="00213727">
              <w:rPr>
                <w:sz w:val="17"/>
                <w:lang w:val="ru-RU"/>
              </w:rPr>
              <w:t>коммиты</w:t>
            </w:r>
            <w:proofErr w:type="spellEnd"/>
            <w:r w:rsidRPr="00213727">
              <w:rPr>
                <w:sz w:val="17"/>
                <w:lang w:val="ru-RU"/>
              </w:rPr>
              <w:t>, релизы и обновления компонентов</w:t>
            </w:r>
          </w:p>
        </w:tc>
        <w:tc>
          <w:tcPr>
            <w:tcW w:w="7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4B3784" w14:textId="77777777" w:rsidR="004A0545" w:rsidRPr="00213727" w:rsidRDefault="004A0545" w:rsidP="00102F72">
            <w:pPr>
              <w:spacing w:after="0"/>
              <w:rPr>
                <w:lang w:val="ru-RU"/>
              </w:rPr>
            </w:pPr>
          </w:p>
        </w:tc>
      </w:tr>
      <w:tr w:rsidR="004A0545" w:rsidRPr="00577C2F" w14:paraId="1AA7C4B6" w14:textId="77777777" w:rsidTr="00EA3A0E">
        <w:trPr>
          <w:jc w:val="center"/>
        </w:trPr>
        <w:tc>
          <w:tcPr>
            <w:tcW w:w="340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19D183" w14:textId="77777777" w:rsidR="004A0545" w:rsidRPr="00213727" w:rsidRDefault="004A0545" w:rsidP="00102F72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>Отчёт по безопасности и уязвимостям</w:t>
            </w:r>
          </w:p>
        </w:tc>
        <w:tc>
          <w:tcPr>
            <w:tcW w:w="7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874D29" w14:textId="77777777" w:rsidR="004A0545" w:rsidRPr="00213727" w:rsidRDefault="004A0545" w:rsidP="00102F72">
            <w:pPr>
              <w:spacing w:after="0"/>
              <w:rPr>
                <w:lang w:val="ru-RU"/>
              </w:rPr>
            </w:pPr>
          </w:p>
        </w:tc>
      </w:tr>
      <w:tr w:rsidR="004A0545" w:rsidRPr="00577C2F" w14:paraId="4EF29830" w14:textId="77777777" w:rsidTr="00EA3A0E">
        <w:trPr>
          <w:jc w:val="center"/>
        </w:trPr>
        <w:tc>
          <w:tcPr>
            <w:tcW w:w="340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32310A" w14:textId="77777777" w:rsidR="004A0545" w:rsidRPr="00213727" w:rsidRDefault="004A0545" w:rsidP="00102F72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>Банк часов и остаток часов</w:t>
            </w:r>
          </w:p>
        </w:tc>
        <w:tc>
          <w:tcPr>
            <w:tcW w:w="7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902BF0" w14:textId="77777777" w:rsidR="004A0545" w:rsidRPr="00213727" w:rsidRDefault="004A0545" w:rsidP="00102F72">
            <w:pPr>
              <w:spacing w:after="0"/>
              <w:rPr>
                <w:lang w:val="ru-RU"/>
              </w:rPr>
            </w:pPr>
          </w:p>
        </w:tc>
      </w:tr>
    </w:tbl>
    <w:p w14:paraId="78E7E4F3" w14:textId="77777777" w:rsidR="00BF006D" w:rsidRDefault="00BF006D" w:rsidP="005E3315">
      <w:pPr>
        <w:pStyle w:val="Heading1"/>
        <w:spacing w:before="0"/>
        <w:rPr>
          <w:lang w:val="ru-RU"/>
        </w:rPr>
      </w:pPr>
    </w:p>
    <w:p w14:paraId="10263B92" w14:textId="77777777" w:rsidR="00BF006D" w:rsidRDefault="00BF006D">
      <w:pPr>
        <w:rPr>
          <w:rFonts w:asciiTheme="majorHAnsi" w:eastAsiaTheme="majorEastAsia" w:hAnsiTheme="majorHAnsi" w:cstheme="majorBidi"/>
          <w:b/>
          <w:bCs/>
          <w:color w:val="1F4E79"/>
          <w:sz w:val="26"/>
          <w:szCs w:val="28"/>
          <w:lang w:val="ru-RU"/>
        </w:rPr>
      </w:pPr>
      <w:r>
        <w:rPr>
          <w:lang w:val="ru-RU"/>
        </w:rPr>
        <w:br w:type="page"/>
      </w:r>
    </w:p>
    <w:p w14:paraId="3697A03D" w14:textId="734744C5" w:rsidR="008B42B1" w:rsidRPr="008B42B1" w:rsidRDefault="008B42B1" w:rsidP="005E3315">
      <w:pPr>
        <w:pStyle w:val="Heading1"/>
        <w:spacing w:before="0"/>
        <w:rPr>
          <w:lang w:val="ru-RU"/>
        </w:rPr>
      </w:pPr>
      <w:r w:rsidRPr="008B42B1">
        <w:rPr>
          <w:lang w:val="ru-RU"/>
        </w:rPr>
        <w:lastRenderedPageBreak/>
        <w:t>7.1. Подтверждение соответствия требованиям SLA</w:t>
      </w:r>
    </w:p>
    <w:tbl>
      <w:tblPr>
        <w:tblW w:w="10436" w:type="dxa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3517"/>
        <w:gridCol w:w="3260"/>
        <w:gridCol w:w="3659"/>
      </w:tblGrid>
      <w:tr w:rsidR="00F86E0D" w14:paraId="518481E3" w14:textId="77777777" w:rsidTr="00EA3A0E">
        <w:trPr>
          <w:jc w:val="center"/>
        </w:trPr>
        <w:tc>
          <w:tcPr>
            <w:tcW w:w="3517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A0B370" w14:textId="4441A614" w:rsidR="00F86E0D" w:rsidRPr="00F86E0D" w:rsidRDefault="00F86E0D" w:rsidP="00F86E0D">
            <w:pPr>
              <w:spacing w:after="0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lang w:val="ru-RU"/>
              </w:rPr>
              <w:t>Т</w:t>
            </w:r>
            <w:proofErr w:type="spellStart"/>
            <w:r w:rsidRPr="00F86E0D">
              <w:rPr>
                <w:b/>
                <w:bCs/>
                <w:color w:val="FFFFFF" w:themeColor="background1"/>
              </w:rPr>
              <w:t>ребование</w:t>
            </w:r>
            <w:proofErr w:type="spellEnd"/>
            <w:r w:rsidRPr="00F86E0D"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F86E0D">
              <w:rPr>
                <w:b/>
                <w:bCs/>
                <w:color w:val="FFFFFF" w:themeColor="background1"/>
              </w:rPr>
              <w:t>Технического</w:t>
            </w:r>
            <w:proofErr w:type="spellEnd"/>
            <w:r w:rsidRPr="00F86E0D"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F86E0D">
              <w:rPr>
                <w:b/>
                <w:bCs/>
                <w:color w:val="FFFFFF" w:themeColor="background1"/>
              </w:rPr>
              <w:t>задания</w:t>
            </w:r>
            <w:proofErr w:type="spellEnd"/>
          </w:p>
        </w:tc>
        <w:tc>
          <w:tcPr>
            <w:tcW w:w="326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10BA9C" w14:textId="579D9005" w:rsidR="00F86E0D" w:rsidRPr="00F86E0D" w:rsidRDefault="00F86E0D" w:rsidP="00F86E0D">
            <w:pPr>
              <w:spacing w:after="0"/>
              <w:rPr>
                <w:color w:val="FFFFFF" w:themeColor="background1"/>
              </w:rPr>
            </w:pPr>
            <w:proofErr w:type="spellStart"/>
            <w:r w:rsidRPr="00F86E0D">
              <w:rPr>
                <w:b/>
                <w:bCs/>
                <w:color w:val="FFFFFF" w:themeColor="background1"/>
              </w:rPr>
              <w:t>Подтверждение</w:t>
            </w:r>
            <w:proofErr w:type="spellEnd"/>
            <w:r w:rsidRPr="00F86E0D"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F86E0D">
              <w:rPr>
                <w:b/>
                <w:bCs/>
                <w:color w:val="FFFFFF" w:themeColor="background1"/>
              </w:rPr>
              <w:t>участника</w:t>
            </w:r>
            <w:proofErr w:type="spellEnd"/>
            <w:r w:rsidRPr="00F86E0D">
              <w:rPr>
                <w:b/>
                <w:bCs/>
                <w:color w:val="FFFFFF" w:themeColor="background1"/>
              </w:rPr>
              <w:t xml:space="preserve"> (</w:t>
            </w:r>
            <w:proofErr w:type="spellStart"/>
            <w:r w:rsidRPr="00F86E0D">
              <w:rPr>
                <w:b/>
                <w:bCs/>
                <w:color w:val="FFFFFF" w:themeColor="background1"/>
              </w:rPr>
              <w:t>Да</w:t>
            </w:r>
            <w:proofErr w:type="spellEnd"/>
            <w:r w:rsidRPr="00F86E0D">
              <w:rPr>
                <w:b/>
                <w:bCs/>
                <w:color w:val="FFFFFF" w:themeColor="background1"/>
              </w:rPr>
              <w:t>/</w:t>
            </w:r>
            <w:proofErr w:type="spellStart"/>
            <w:r w:rsidRPr="00F86E0D">
              <w:rPr>
                <w:b/>
                <w:bCs/>
                <w:color w:val="FFFFFF" w:themeColor="background1"/>
              </w:rPr>
              <w:t>Нет</w:t>
            </w:r>
            <w:proofErr w:type="spellEnd"/>
            <w:r w:rsidRPr="00F86E0D">
              <w:rPr>
                <w:b/>
                <w:bCs/>
                <w:color w:val="FFFFFF" w:themeColor="background1"/>
              </w:rPr>
              <w:t>)</w:t>
            </w:r>
          </w:p>
        </w:tc>
        <w:tc>
          <w:tcPr>
            <w:tcW w:w="3659" w:type="dxa"/>
            <w:shd w:val="clear" w:color="auto" w:fill="1F4E79"/>
            <w:vAlign w:val="center"/>
          </w:tcPr>
          <w:p w14:paraId="58D3D44D" w14:textId="52AB0441" w:rsidR="00F86E0D" w:rsidRPr="00F86E0D" w:rsidRDefault="00F86E0D" w:rsidP="00F86E0D">
            <w:pPr>
              <w:spacing w:after="0"/>
              <w:rPr>
                <w:color w:val="FFFFFF" w:themeColor="background1"/>
              </w:rPr>
            </w:pPr>
            <w:proofErr w:type="spellStart"/>
            <w:r w:rsidRPr="00F86E0D">
              <w:rPr>
                <w:b/>
                <w:bCs/>
                <w:color w:val="FFFFFF" w:themeColor="background1"/>
              </w:rPr>
              <w:t>Описание</w:t>
            </w:r>
            <w:proofErr w:type="spellEnd"/>
            <w:r w:rsidRPr="00F86E0D"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F86E0D">
              <w:rPr>
                <w:b/>
                <w:bCs/>
                <w:color w:val="FFFFFF" w:themeColor="background1"/>
              </w:rPr>
              <w:t>подхода</w:t>
            </w:r>
            <w:proofErr w:type="spellEnd"/>
            <w:r w:rsidRPr="00F86E0D">
              <w:rPr>
                <w:b/>
                <w:bCs/>
                <w:color w:val="FFFFFF" w:themeColor="background1"/>
              </w:rPr>
              <w:t xml:space="preserve"> / </w:t>
            </w:r>
            <w:proofErr w:type="spellStart"/>
            <w:r w:rsidRPr="00F86E0D">
              <w:rPr>
                <w:b/>
                <w:bCs/>
                <w:color w:val="FFFFFF" w:themeColor="background1"/>
              </w:rPr>
              <w:t>комментарий</w:t>
            </w:r>
            <w:proofErr w:type="spellEnd"/>
          </w:p>
        </w:tc>
      </w:tr>
      <w:tr w:rsidR="00461B71" w:rsidRPr="0026373F" w14:paraId="57D683EB" w14:textId="77777777" w:rsidTr="00EA3A0E">
        <w:trPr>
          <w:jc w:val="center"/>
        </w:trPr>
        <w:tc>
          <w:tcPr>
            <w:tcW w:w="35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77BB3A" w14:textId="43BD7DDC" w:rsidR="00461B71" w:rsidRPr="003110F4" w:rsidRDefault="00461B71" w:rsidP="00102F72">
            <w:pPr>
              <w:spacing w:after="0"/>
              <w:rPr>
                <w:sz w:val="17"/>
                <w:szCs w:val="17"/>
                <w:lang w:val="ru-RU"/>
              </w:rPr>
            </w:pPr>
            <w:r w:rsidRPr="003110F4">
              <w:rPr>
                <w:sz w:val="17"/>
                <w:szCs w:val="17"/>
                <w:lang w:val="ru-RU"/>
              </w:rPr>
              <w:t>Обеспечение мониторинга платформ 24/7 для выявления и реагирования на инциденты</w:t>
            </w:r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569124" w14:textId="2637C173" w:rsidR="00461B71" w:rsidRPr="0026373F" w:rsidRDefault="00000000" w:rsidP="00102F72">
            <w:pPr>
              <w:spacing w:after="0"/>
              <w:rPr>
                <w:sz w:val="17"/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-158066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1B71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461B71" w:rsidRPr="0026373F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-177808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1B71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461B71" w:rsidRPr="0026373F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3659" w:type="dxa"/>
            <w:vAlign w:val="center"/>
          </w:tcPr>
          <w:p w14:paraId="2B0AC93A" w14:textId="77777777" w:rsidR="00461B71" w:rsidRPr="0026373F" w:rsidRDefault="00461B71" w:rsidP="00102F72">
            <w:pPr>
              <w:spacing w:after="0"/>
              <w:rPr>
                <w:sz w:val="17"/>
                <w:lang w:val="ru-RU"/>
              </w:rPr>
            </w:pPr>
          </w:p>
        </w:tc>
      </w:tr>
      <w:tr w:rsidR="00DC49D9" w:rsidRPr="0026373F" w14:paraId="4F7FEFE1" w14:textId="77777777" w:rsidTr="00EA3A0E">
        <w:trPr>
          <w:jc w:val="center"/>
        </w:trPr>
        <w:tc>
          <w:tcPr>
            <w:tcW w:w="35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8FC402" w14:textId="7DE27D6B" w:rsidR="00DC49D9" w:rsidRPr="003110F4" w:rsidRDefault="00DC49D9" w:rsidP="00DC49D9">
            <w:pPr>
              <w:spacing w:after="0"/>
              <w:rPr>
                <w:sz w:val="17"/>
                <w:szCs w:val="17"/>
                <w:lang w:val="ru-RU"/>
              </w:rPr>
            </w:pPr>
            <w:r w:rsidRPr="003110F4">
              <w:rPr>
                <w:sz w:val="17"/>
                <w:szCs w:val="17"/>
                <w:lang w:val="ru-RU"/>
              </w:rPr>
              <w:t>Обеспечение доступности (</w:t>
            </w:r>
            <w:proofErr w:type="spellStart"/>
            <w:r w:rsidRPr="003110F4">
              <w:rPr>
                <w:sz w:val="17"/>
                <w:szCs w:val="17"/>
                <w:lang w:val="ru-RU"/>
              </w:rPr>
              <w:t>uptime</w:t>
            </w:r>
            <w:proofErr w:type="spellEnd"/>
            <w:r w:rsidRPr="003110F4">
              <w:rPr>
                <w:sz w:val="17"/>
                <w:szCs w:val="17"/>
                <w:lang w:val="ru-RU"/>
              </w:rPr>
              <w:t>) Talk2Ok.by не менее 99,5%</w:t>
            </w:r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5F614F" w14:textId="205634B4" w:rsidR="00DC49D9" w:rsidRPr="0026373F" w:rsidRDefault="00000000" w:rsidP="00DC49D9">
            <w:pPr>
              <w:spacing w:after="0"/>
              <w:rPr>
                <w:sz w:val="17"/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-14983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158850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3659" w:type="dxa"/>
            <w:vAlign w:val="center"/>
          </w:tcPr>
          <w:p w14:paraId="2724F2B6" w14:textId="77777777" w:rsidR="00DC49D9" w:rsidRPr="0026373F" w:rsidRDefault="00DC49D9" w:rsidP="00DC49D9">
            <w:pPr>
              <w:spacing w:after="0"/>
              <w:rPr>
                <w:sz w:val="17"/>
                <w:lang w:val="ru-RU"/>
              </w:rPr>
            </w:pPr>
          </w:p>
        </w:tc>
      </w:tr>
      <w:tr w:rsidR="00DC49D9" w:rsidRPr="0026373F" w14:paraId="3A5C1E2E" w14:textId="77777777" w:rsidTr="00EA3A0E">
        <w:trPr>
          <w:jc w:val="center"/>
        </w:trPr>
        <w:tc>
          <w:tcPr>
            <w:tcW w:w="35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227AAE" w14:textId="1AB63FAF" w:rsidR="00DC49D9" w:rsidRPr="003110F4" w:rsidRDefault="00DC49D9" w:rsidP="00DC49D9">
            <w:pPr>
              <w:spacing w:after="0"/>
              <w:rPr>
                <w:sz w:val="17"/>
                <w:szCs w:val="17"/>
              </w:rPr>
            </w:pPr>
            <w:r w:rsidRPr="003110F4">
              <w:rPr>
                <w:sz w:val="17"/>
                <w:szCs w:val="17"/>
                <w:lang w:val="ru-RU"/>
              </w:rPr>
              <w:t>Обеспечение</w:t>
            </w:r>
            <w:r w:rsidRPr="003110F4">
              <w:rPr>
                <w:sz w:val="17"/>
                <w:szCs w:val="17"/>
              </w:rPr>
              <w:t xml:space="preserve"> </w:t>
            </w:r>
            <w:r w:rsidRPr="003110F4">
              <w:rPr>
                <w:sz w:val="17"/>
                <w:szCs w:val="17"/>
                <w:lang w:val="ru-RU"/>
              </w:rPr>
              <w:t>доступности</w:t>
            </w:r>
            <w:r w:rsidRPr="003110F4">
              <w:rPr>
                <w:sz w:val="17"/>
                <w:szCs w:val="17"/>
              </w:rPr>
              <w:t xml:space="preserve"> (uptime) U-Platform.by, edu.u-platform.by </w:t>
            </w:r>
            <w:r w:rsidRPr="003110F4">
              <w:rPr>
                <w:sz w:val="17"/>
                <w:szCs w:val="17"/>
                <w:lang w:val="ru-RU"/>
              </w:rPr>
              <w:t>и</w:t>
            </w:r>
            <w:r w:rsidRPr="003110F4">
              <w:rPr>
                <w:sz w:val="17"/>
                <w:szCs w:val="17"/>
              </w:rPr>
              <w:t xml:space="preserve"> Detivgorode.by </w:t>
            </w:r>
            <w:r w:rsidRPr="003110F4">
              <w:rPr>
                <w:sz w:val="17"/>
                <w:szCs w:val="17"/>
                <w:lang w:val="ru-RU"/>
              </w:rPr>
              <w:t>не</w:t>
            </w:r>
            <w:r w:rsidRPr="003110F4">
              <w:rPr>
                <w:sz w:val="17"/>
                <w:szCs w:val="17"/>
              </w:rPr>
              <w:t xml:space="preserve"> </w:t>
            </w:r>
            <w:r w:rsidRPr="003110F4">
              <w:rPr>
                <w:sz w:val="17"/>
                <w:szCs w:val="17"/>
                <w:lang w:val="ru-RU"/>
              </w:rPr>
              <w:t>менее</w:t>
            </w:r>
            <w:r w:rsidRPr="003110F4">
              <w:rPr>
                <w:sz w:val="17"/>
                <w:szCs w:val="17"/>
              </w:rPr>
              <w:t xml:space="preserve"> 99,0%</w:t>
            </w:r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C94D4A" w14:textId="733C4BA3" w:rsidR="00DC49D9" w:rsidRPr="0026373F" w:rsidRDefault="00000000" w:rsidP="00DC49D9">
            <w:pPr>
              <w:spacing w:after="0"/>
              <w:rPr>
                <w:sz w:val="17"/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128138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755788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3659" w:type="dxa"/>
            <w:vAlign w:val="center"/>
          </w:tcPr>
          <w:p w14:paraId="20A6CEE6" w14:textId="77777777" w:rsidR="00DC49D9" w:rsidRPr="0026373F" w:rsidRDefault="00DC49D9" w:rsidP="00DC49D9">
            <w:pPr>
              <w:spacing w:after="0"/>
              <w:rPr>
                <w:sz w:val="17"/>
                <w:lang w:val="ru-RU"/>
              </w:rPr>
            </w:pPr>
          </w:p>
        </w:tc>
      </w:tr>
      <w:tr w:rsidR="00DC49D9" w:rsidRPr="0026373F" w14:paraId="41486083" w14:textId="77777777" w:rsidTr="00EA3A0E">
        <w:trPr>
          <w:jc w:val="center"/>
        </w:trPr>
        <w:tc>
          <w:tcPr>
            <w:tcW w:w="35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FE8F44" w14:textId="5EDCD48D" w:rsidR="00DC49D9" w:rsidRPr="003110F4" w:rsidRDefault="00DC49D9" w:rsidP="00DC49D9">
            <w:pPr>
              <w:spacing w:after="0"/>
              <w:rPr>
                <w:sz w:val="17"/>
                <w:szCs w:val="17"/>
                <w:lang w:val="ru-RU"/>
              </w:rPr>
            </w:pPr>
            <w:r w:rsidRPr="003110F4">
              <w:rPr>
                <w:sz w:val="17"/>
                <w:szCs w:val="17"/>
                <w:lang w:val="ru-RU"/>
              </w:rPr>
              <w:t>Реагирование на критические инциденты (</w:t>
            </w:r>
            <w:proofErr w:type="spellStart"/>
            <w:r w:rsidRPr="003110F4">
              <w:rPr>
                <w:sz w:val="17"/>
                <w:szCs w:val="17"/>
                <w:lang w:val="ru-RU"/>
              </w:rPr>
              <w:t>Priority</w:t>
            </w:r>
            <w:proofErr w:type="spellEnd"/>
            <w:r w:rsidRPr="003110F4">
              <w:rPr>
                <w:sz w:val="17"/>
                <w:szCs w:val="17"/>
                <w:lang w:val="ru-RU"/>
              </w:rPr>
              <w:t xml:space="preserve"> 1) в течение не более 30 минут, 24/7</w:t>
            </w:r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CB2BA0" w14:textId="795EA4E6" w:rsidR="00DC49D9" w:rsidRPr="0026373F" w:rsidRDefault="00000000" w:rsidP="00DC49D9">
            <w:pPr>
              <w:spacing w:after="0"/>
              <w:rPr>
                <w:sz w:val="17"/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-69855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-32166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3659" w:type="dxa"/>
            <w:vAlign w:val="center"/>
          </w:tcPr>
          <w:p w14:paraId="17555FC9" w14:textId="77777777" w:rsidR="00DC49D9" w:rsidRPr="0026373F" w:rsidRDefault="00DC49D9" w:rsidP="00DC49D9">
            <w:pPr>
              <w:spacing w:after="0"/>
              <w:rPr>
                <w:sz w:val="17"/>
                <w:lang w:val="ru-RU"/>
              </w:rPr>
            </w:pPr>
          </w:p>
        </w:tc>
      </w:tr>
      <w:tr w:rsidR="00DC49D9" w:rsidRPr="0026373F" w14:paraId="2C83DFA0" w14:textId="77777777" w:rsidTr="00EA3A0E">
        <w:trPr>
          <w:jc w:val="center"/>
        </w:trPr>
        <w:tc>
          <w:tcPr>
            <w:tcW w:w="35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AB47CD" w14:textId="17AFDE80" w:rsidR="00DC49D9" w:rsidRPr="003110F4" w:rsidRDefault="00DC49D9" w:rsidP="00DC49D9">
            <w:pPr>
              <w:spacing w:after="0"/>
              <w:rPr>
                <w:sz w:val="17"/>
                <w:szCs w:val="17"/>
                <w:lang w:val="ru-RU"/>
              </w:rPr>
            </w:pPr>
            <w:r w:rsidRPr="003110F4">
              <w:rPr>
                <w:sz w:val="17"/>
                <w:szCs w:val="17"/>
                <w:lang w:val="ru-RU"/>
              </w:rPr>
              <w:t>Устранение критических инцидентов или предоставление временного решения (</w:t>
            </w:r>
            <w:proofErr w:type="spellStart"/>
            <w:r w:rsidRPr="003110F4">
              <w:rPr>
                <w:sz w:val="17"/>
                <w:szCs w:val="17"/>
                <w:lang w:val="ru-RU"/>
              </w:rPr>
              <w:t>workaround</w:t>
            </w:r>
            <w:proofErr w:type="spellEnd"/>
            <w:r w:rsidRPr="003110F4">
              <w:rPr>
                <w:sz w:val="17"/>
                <w:szCs w:val="17"/>
                <w:lang w:val="ru-RU"/>
              </w:rPr>
              <w:t>) в течение не более 4 часов</w:t>
            </w:r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EE3E85" w14:textId="6F1AD252" w:rsidR="00DC49D9" w:rsidRPr="0026373F" w:rsidRDefault="00000000" w:rsidP="00DC49D9">
            <w:pPr>
              <w:spacing w:after="0"/>
              <w:rPr>
                <w:sz w:val="17"/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211085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66644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3659" w:type="dxa"/>
            <w:vAlign w:val="center"/>
          </w:tcPr>
          <w:p w14:paraId="6FE12CE2" w14:textId="77777777" w:rsidR="00DC49D9" w:rsidRPr="0026373F" w:rsidRDefault="00DC49D9" w:rsidP="00DC49D9">
            <w:pPr>
              <w:spacing w:after="0"/>
              <w:rPr>
                <w:sz w:val="17"/>
                <w:lang w:val="ru-RU"/>
              </w:rPr>
            </w:pPr>
          </w:p>
        </w:tc>
      </w:tr>
      <w:tr w:rsidR="00DC49D9" w:rsidRPr="0026373F" w14:paraId="22C345FC" w14:textId="77777777" w:rsidTr="00EA3A0E">
        <w:trPr>
          <w:jc w:val="center"/>
        </w:trPr>
        <w:tc>
          <w:tcPr>
            <w:tcW w:w="35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26CAF9" w14:textId="7743F55F" w:rsidR="00DC49D9" w:rsidRPr="003110F4" w:rsidRDefault="00DC49D9" w:rsidP="00DC49D9">
            <w:pPr>
              <w:spacing w:after="0"/>
              <w:rPr>
                <w:sz w:val="17"/>
                <w:szCs w:val="17"/>
                <w:lang w:val="ru-RU"/>
              </w:rPr>
            </w:pPr>
            <w:r w:rsidRPr="003110F4">
              <w:rPr>
                <w:sz w:val="17"/>
                <w:szCs w:val="17"/>
                <w:lang w:val="ru-RU"/>
              </w:rPr>
              <w:t xml:space="preserve">Реагирование на инциденты </w:t>
            </w:r>
            <w:proofErr w:type="spellStart"/>
            <w:r w:rsidRPr="003110F4">
              <w:rPr>
                <w:sz w:val="17"/>
                <w:szCs w:val="17"/>
                <w:lang w:val="ru-RU"/>
              </w:rPr>
              <w:t>Priority</w:t>
            </w:r>
            <w:proofErr w:type="spellEnd"/>
            <w:r w:rsidRPr="003110F4">
              <w:rPr>
                <w:sz w:val="17"/>
                <w:szCs w:val="17"/>
                <w:lang w:val="ru-RU"/>
              </w:rPr>
              <w:t xml:space="preserve"> 2 в соответствии с требованиями SLA</w:t>
            </w:r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45A819" w14:textId="0054249B" w:rsidR="00DC49D9" w:rsidRPr="0026373F" w:rsidRDefault="00000000" w:rsidP="00DC49D9">
            <w:pPr>
              <w:spacing w:after="0"/>
              <w:rPr>
                <w:sz w:val="17"/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-43576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-193257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3659" w:type="dxa"/>
            <w:vAlign w:val="center"/>
          </w:tcPr>
          <w:p w14:paraId="144E814E" w14:textId="77777777" w:rsidR="00DC49D9" w:rsidRPr="0026373F" w:rsidRDefault="00DC49D9" w:rsidP="00DC49D9">
            <w:pPr>
              <w:spacing w:after="0"/>
              <w:rPr>
                <w:sz w:val="17"/>
                <w:lang w:val="ru-RU"/>
              </w:rPr>
            </w:pPr>
          </w:p>
        </w:tc>
      </w:tr>
      <w:tr w:rsidR="00DC49D9" w:rsidRPr="0026373F" w14:paraId="5C29F50B" w14:textId="77777777" w:rsidTr="00EA3A0E">
        <w:trPr>
          <w:jc w:val="center"/>
        </w:trPr>
        <w:tc>
          <w:tcPr>
            <w:tcW w:w="35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609450" w14:textId="65B3CC15" w:rsidR="00DC49D9" w:rsidRPr="003110F4" w:rsidRDefault="00DC49D9" w:rsidP="00DC49D9">
            <w:pPr>
              <w:rPr>
                <w:sz w:val="17"/>
                <w:szCs w:val="17"/>
                <w:lang w:val="ru-RU"/>
              </w:rPr>
            </w:pPr>
            <w:r w:rsidRPr="003110F4">
              <w:rPr>
                <w:sz w:val="17"/>
                <w:szCs w:val="17"/>
                <w:lang w:val="ru-RU"/>
              </w:rPr>
              <w:t xml:space="preserve">Реагирование на инциденты </w:t>
            </w:r>
            <w:proofErr w:type="spellStart"/>
            <w:r w:rsidRPr="003110F4">
              <w:rPr>
                <w:sz w:val="17"/>
                <w:szCs w:val="17"/>
                <w:lang w:val="ru-RU"/>
              </w:rPr>
              <w:t>Priority</w:t>
            </w:r>
            <w:proofErr w:type="spellEnd"/>
            <w:r w:rsidRPr="003110F4">
              <w:rPr>
                <w:sz w:val="17"/>
                <w:szCs w:val="17"/>
                <w:lang w:val="ru-RU"/>
              </w:rPr>
              <w:t xml:space="preserve"> 3 в соответствии с требованиями SLA</w:t>
            </w:r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268AA4" w14:textId="5952B367" w:rsidR="00DC49D9" w:rsidRPr="0026373F" w:rsidRDefault="00000000" w:rsidP="00DC49D9">
            <w:pPr>
              <w:rPr>
                <w:sz w:val="17"/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184713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-34610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3659" w:type="dxa"/>
            <w:vAlign w:val="center"/>
          </w:tcPr>
          <w:p w14:paraId="1DA19DA8" w14:textId="77777777" w:rsidR="00DC49D9" w:rsidRPr="0026373F" w:rsidRDefault="00DC49D9" w:rsidP="00DC49D9">
            <w:pPr>
              <w:rPr>
                <w:sz w:val="17"/>
                <w:lang w:val="ru-RU"/>
              </w:rPr>
            </w:pPr>
          </w:p>
        </w:tc>
      </w:tr>
      <w:tr w:rsidR="00DC49D9" w:rsidRPr="0026373F" w14:paraId="5980CEA8" w14:textId="77777777" w:rsidTr="00EA3A0E">
        <w:trPr>
          <w:jc w:val="center"/>
        </w:trPr>
        <w:tc>
          <w:tcPr>
            <w:tcW w:w="35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AA9DFB" w14:textId="1574D3E2" w:rsidR="00DC49D9" w:rsidRPr="003110F4" w:rsidRDefault="00DC49D9" w:rsidP="00DC49D9">
            <w:pPr>
              <w:spacing w:after="0"/>
              <w:rPr>
                <w:sz w:val="17"/>
                <w:szCs w:val="17"/>
                <w:lang w:val="ru-RU"/>
              </w:rPr>
            </w:pPr>
            <w:r w:rsidRPr="003110F4">
              <w:rPr>
                <w:sz w:val="17"/>
                <w:szCs w:val="17"/>
                <w:lang w:val="ru-RU"/>
              </w:rPr>
              <w:t xml:space="preserve">Использование </w:t>
            </w:r>
            <w:proofErr w:type="spellStart"/>
            <w:r w:rsidRPr="003110F4">
              <w:rPr>
                <w:sz w:val="17"/>
                <w:szCs w:val="17"/>
                <w:lang w:val="ru-RU"/>
              </w:rPr>
              <w:t>ticketing</w:t>
            </w:r>
            <w:proofErr w:type="spellEnd"/>
            <w:r w:rsidRPr="003110F4">
              <w:rPr>
                <w:sz w:val="17"/>
                <w:szCs w:val="17"/>
                <w:lang w:val="ru-RU"/>
              </w:rPr>
              <w:t>/</w:t>
            </w:r>
            <w:proofErr w:type="spellStart"/>
            <w:r w:rsidRPr="003110F4">
              <w:rPr>
                <w:sz w:val="17"/>
                <w:szCs w:val="17"/>
                <w:lang w:val="ru-RU"/>
              </w:rPr>
              <w:t>helpdesk</w:t>
            </w:r>
            <w:proofErr w:type="spellEnd"/>
            <w:r w:rsidRPr="003110F4">
              <w:rPr>
                <w:sz w:val="17"/>
                <w:szCs w:val="17"/>
                <w:lang w:val="ru-RU"/>
              </w:rPr>
              <w:t xml:space="preserve"> системы для регистрации, отслеживания и управления инцидентами и запросами</w:t>
            </w:r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7B911B" w14:textId="2BD9133A" w:rsidR="00DC49D9" w:rsidRPr="0026373F" w:rsidRDefault="00000000" w:rsidP="00DC49D9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16729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155712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3659" w:type="dxa"/>
            <w:vAlign w:val="center"/>
          </w:tcPr>
          <w:p w14:paraId="6B7A9A5D" w14:textId="77777777" w:rsidR="00DC49D9" w:rsidRPr="0026373F" w:rsidRDefault="00DC49D9" w:rsidP="00DC49D9">
            <w:pPr>
              <w:spacing w:after="0"/>
              <w:rPr>
                <w:lang w:val="ru-RU"/>
              </w:rPr>
            </w:pPr>
          </w:p>
        </w:tc>
      </w:tr>
      <w:tr w:rsidR="00DC49D9" w:rsidRPr="0026373F" w14:paraId="58CCDC40" w14:textId="77777777" w:rsidTr="00EA3A0E">
        <w:trPr>
          <w:jc w:val="center"/>
        </w:trPr>
        <w:tc>
          <w:tcPr>
            <w:tcW w:w="35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84DA06" w14:textId="7BEBE451" w:rsidR="00DC49D9" w:rsidRPr="003110F4" w:rsidRDefault="00DC49D9" w:rsidP="00DC49D9">
            <w:pPr>
              <w:spacing w:after="0"/>
              <w:rPr>
                <w:sz w:val="17"/>
                <w:szCs w:val="17"/>
                <w:lang w:val="ru-RU"/>
              </w:rPr>
            </w:pPr>
            <w:r w:rsidRPr="003110F4">
              <w:rPr>
                <w:sz w:val="17"/>
                <w:szCs w:val="17"/>
                <w:lang w:val="ru-RU"/>
              </w:rPr>
              <w:t>Проведение ежедневного резервного копирования и квартальных тестов восстановления резервных копий</w:t>
            </w:r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ACED99" w14:textId="1BDE3D19" w:rsidR="00DC49D9" w:rsidRPr="0026373F" w:rsidRDefault="00000000" w:rsidP="00DC49D9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-208830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43217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3659" w:type="dxa"/>
            <w:vAlign w:val="center"/>
          </w:tcPr>
          <w:p w14:paraId="0123E31F" w14:textId="77777777" w:rsidR="00DC49D9" w:rsidRPr="0026373F" w:rsidRDefault="00DC49D9" w:rsidP="00DC49D9">
            <w:pPr>
              <w:spacing w:after="0"/>
              <w:rPr>
                <w:lang w:val="ru-RU"/>
              </w:rPr>
            </w:pPr>
          </w:p>
        </w:tc>
      </w:tr>
      <w:tr w:rsidR="00DC49D9" w:rsidRPr="0026373F" w14:paraId="5040BAE4" w14:textId="77777777" w:rsidTr="00EA3A0E">
        <w:trPr>
          <w:jc w:val="center"/>
        </w:trPr>
        <w:tc>
          <w:tcPr>
            <w:tcW w:w="35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2A61BC" w14:textId="30B9C273" w:rsidR="00DC49D9" w:rsidRPr="003110F4" w:rsidRDefault="00DC49D9" w:rsidP="00DC49D9">
            <w:pPr>
              <w:spacing w:after="0"/>
              <w:rPr>
                <w:sz w:val="17"/>
                <w:szCs w:val="17"/>
                <w:lang w:val="ru-RU"/>
              </w:rPr>
            </w:pPr>
            <w:r w:rsidRPr="003110F4">
              <w:rPr>
                <w:sz w:val="17"/>
                <w:szCs w:val="17"/>
                <w:lang w:val="ru-RU"/>
              </w:rPr>
              <w:t>Подготовка ежемесячного SLA-отчёта, включая показатели доступности, инциденты и их анализ</w:t>
            </w:r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F45079" w14:textId="759CD4AF" w:rsidR="00DC49D9" w:rsidRPr="0026373F" w:rsidRDefault="00000000" w:rsidP="00DC49D9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187411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-161475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3659" w:type="dxa"/>
            <w:vAlign w:val="center"/>
          </w:tcPr>
          <w:p w14:paraId="51C0105E" w14:textId="77777777" w:rsidR="00DC49D9" w:rsidRPr="0026373F" w:rsidRDefault="00DC49D9" w:rsidP="00DC49D9">
            <w:pPr>
              <w:spacing w:after="0"/>
              <w:rPr>
                <w:lang w:val="ru-RU"/>
              </w:rPr>
            </w:pPr>
          </w:p>
        </w:tc>
      </w:tr>
      <w:tr w:rsidR="00DC49D9" w:rsidRPr="004A0545" w14:paraId="25D6A229" w14:textId="77777777" w:rsidTr="00EA3A0E">
        <w:trPr>
          <w:jc w:val="center"/>
        </w:trPr>
        <w:tc>
          <w:tcPr>
            <w:tcW w:w="35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4EA760" w14:textId="3FCABD0D" w:rsidR="00DC49D9" w:rsidRPr="003110F4" w:rsidRDefault="00DC49D9" w:rsidP="00DC49D9">
            <w:pPr>
              <w:spacing w:after="0"/>
              <w:rPr>
                <w:sz w:val="17"/>
                <w:szCs w:val="17"/>
                <w:lang w:val="ru-RU"/>
              </w:rPr>
            </w:pPr>
            <w:r w:rsidRPr="003110F4">
              <w:rPr>
                <w:sz w:val="17"/>
                <w:szCs w:val="17"/>
                <w:lang w:val="ru-RU"/>
              </w:rPr>
              <w:t>Обеспечение коэффициента повторения инцидентов не более 10%</w:t>
            </w:r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77F2F5" w14:textId="44501FEF" w:rsidR="00DC49D9" w:rsidRPr="00213727" w:rsidRDefault="00000000" w:rsidP="00DC49D9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95945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-53311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3659" w:type="dxa"/>
            <w:vAlign w:val="center"/>
          </w:tcPr>
          <w:p w14:paraId="36B055C1" w14:textId="77777777" w:rsidR="00DC49D9" w:rsidRPr="00213727" w:rsidRDefault="00DC49D9" w:rsidP="00DC49D9">
            <w:pPr>
              <w:spacing w:after="0"/>
              <w:rPr>
                <w:lang w:val="ru-RU"/>
              </w:rPr>
            </w:pPr>
          </w:p>
        </w:tc>
      </w:tr>
      <w:tr w:rsidR="00DC49D9" w:rsidRPr="004A0545" w14:paraId="7208F048" w14:textId="77777777" w:rsidTr="00EA3A0E">
        <w:trPr>
          <w:jc w:val="center"/>
        </w:trPr>
        <w:tc>
          <w:tcPr>
            <w:tcW w:w="35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17B897" w14:textId="3E4A96D8" w:rsidR="00DC49D9" w:rsidRPr="003110F4" w:rsidRDefault="00DC49D9" w:rsidP="00DC49D9">
            <w:pPr>
              <w:spacing w:after="0"/>
              <w:rPr>
                <w:sz w:val="17"/>
                <w:szCs w:val="17"/>
                <w:lang w:val="ru-RU"/>
              </w:rPr>
            </w:pPr>
            <w:r w:rsidRPr="003110F4">
              <w:rPr>
                <w:sz w:val="17"/>
                <w:szCs w:val="17"/>
                <w:lang w:val="ru-RU"/>
              </w:rPr>
              <w:t>Обеспечение коэффициента устранения инцидентов с первого раза не менее 85%</w:t>
            </w:r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114D73" w14:textId="5BE17373" w:rsidR="00DC49D9" w:rsidRPr="00213727" w:rsidRDefault="00000000" w:rsidP="00DC49D9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-158051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-107095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3659" w:type="dxa"/>
            <w:vAlign w:val="center"/>
          </w:tcPr>
          <w:p w14:paraId="7DD51163" w14:textId="77777777" w:rsidR="00DC49D9" w:rsidRPr="00213727" w:rsidRDefault="00DC49D9" w:rsidP="00DC49D9">
            <w:pPr>
              <w:spacing w:after="0"/>
              <w:rPr>
                <w:lang w:val="ru-RU"/>
              </w:rPr>
            </w:pPr>
          </w:p>
        </w:tc>
      </w:tr>
      <w:tr w:rsidR="00DC49D9" w:rsidRPr="004A0545" w14:paraId="4814EAE9" w14:textId="77777777" w:rsidTr="00EA3A0E">
        <w:trPr>
          <w:jc w:val="center"/>
        </w:trPr>
        <w:tc>
          <w:tcPr>
            <w:tcW w:w="35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F6FAF5" w14:textId="46DEF693" w:rsidR="00DC49D9" w:rsidRPr="003110F4" w:rsidRDefault="00DC49D9" w:rsidP="00DC49D9">
            <w:pPr>
              <w:spacing w:after="0"/>
              <w:rPr>
                <w:sz w:val="17"/>
                <w:szCs w:val="17"/>
                <w:lang w:val="ru-RU"/>
              </w:rPr>
            </w:pPr>
            <w:r w:rsidRPr="003110F4">
              <w:rPr>
                <w:sz w:val="17"/>
                <w:szCs w:val="17"/>
                <w:lang w:val="ru-RU"/>
              </w:rPr>
              <w:t xml:space="preserve">Обеспечение выполнения не менее 90% задач утверждённого </w:t>
            </w:r>
            <w:proofErr w:type="spellStart"/>
            <w:r w:rsidRPr="003110F4">
              <w:rPr>
                <w:sz w:val="17"/>
                <w:szCs w:val="17"/>
                <w:lang w:val="ru-RU"/>
              </w:rPr>
              <w:t>backlog</w:t>
            </w:r>
            <w:proofErr w:type="spellEnd"/>
            <w:r w:rsidRPr="003110F4">
              <w:rPr>
                <w:sz w:val="17"/>
                <w:szCs w:val="17"/>
                <w:lang w:val="ru-RU"/>
              </w:rPr>
              <w:t xml:space="preserve"> в согласованные сроки</w:t>
            </w:r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066C23" w14:textId="4B7CE1AB" w:rsidR="00DC49D9" w:rsidRPr="00213727" w:rsidRDefault="00000000" w:rsidP="00DC49D9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-43328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-71164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3659" w:type="dxa"/>
            <w:vAlign w:val="center"/>
          </w:tcPr>
          <w:p w14:paraId="6A6F3A1A" w14:textId="77777777" w:rsidR="00DC49D9" w:rsidRPr="00213727" w:rsidRDefault="00DC49D9" w:rsidP="00DC49D9">
            <w:pPr>
              <w:spacing w:after="0"/>
              <w:rPr>
                <w:lang w:val="ru-RU"/>
              </w:rPr>
            </w:pPr>
          </w:p>
        </w:tc>
      </w:tr>
      <w:tr w:rsidR="00DC49D9" w:rsidRPr="004A0545" w14:paraId="5A07427E" w14:textId="77777777" w:rsidTr="00EA3A0E">
        <w:trPr>
          <w:jc w:val="center"/>
        </w:trPr>
        <w:tc>
          <w:tcPr>
            <w:tcW w:w="35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84C2F6" w14:textId="4C6BF296" w:rsidR="00DC49D9" w:rsidRPr="003110F4" w:rsidRDefault="00DC49D9" w:rsidP="00DC49D9">
            <w:pPr>
              <w:spacing w:after="0"/>
              <w:rPr>
                <w:sz w:val="17"/>
                <w:szCs w:val="17"/>
                <w:lang w:val="ru-RU"/>
              </w:rPr>
            </w:pPr>
            <w:r w:rsidRPr="003110F4">
              <w:rPr>
                <w:sz w:val="17"/>
                <w:szCs w:val="17"/>
                <w:lang w:val="ru-RU"/>
              </w:rPr>
              <w:t>Проведение тестирования всех релизов в тестовой среде (</w:t>
            </w:r>
            <w:proofErr w:type="spellStart"/>
            <w:r w:rsidRPr="003110F4">
              <w:rPr>
                <w:sz w:val="17"/>
                <w:szCs w:val="17"/>
                <w:lang w:val="ru-RU"/>
              </w:rPr>
              <w:t>staging</w:t>
            </w:r>
            <w:proofErr w:type="spellEnd"/>
            <w:r w:rsidRPr="003110F4">
              <w:rPr>
                <w:sz w:val="17"/>
                <w:szCs w:val="17"/>
                <w:lang w:val="ru-RU"/>
              </w:rPr>
              <w:t xml:space="preserve"> </w:t>
            </w:r>
            <w:proofErr w:type="spellStart"/>
            <w:r w:rsidRPr="003110F4">
              <w:rPr>
                <w:sz w:val="17"/>
                <w:szCs w:val="17"/>
                <w:lang w:val="ru-RU"/>
              </w:rPr>
              <w:t>environment</w:t>
            </w:r>
            <w:proofErr w:type="spellEnd"/>
            <w:r w:rsidRPr="003110F4">
              <w:rPr>
                <w:sz w:val="17"/>
                <w:szCs w:val="17"/>
                <w:lang w:val="ru-RU"/>
              </w:rPr>
              <w:t xml:space="preserve">) до установки в </w:t>
            </w:r>
            <w:proofErr w:type="spellStart"/>
            <w:r w:rsidRPr="003110F4">
              <w:rPr>
                <w:sz w:val="17"/>
                <w:szCs w:val="17"/>
                <w:lang w:val="ru-RU"/>
              </w:rPr>
              <w:t>production</w:t>
            </w:r>
            <w:proofErr w:type="spellEnd"/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383ACC" w14:textId="4C770C96" w:rsidR="00DC49D9" w:rsidRPr="00213727" w:rsidRDefault="00000000" w:rsidP="00DC49D9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56754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122726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3659" w:type="dxa"/>
            <w:vAlign w:val="center"/>
          </w:tcPr>
          <w:p w14:paraId="55347F5F" w14:textId="77777777" w:rsidR="00DC49D9" w:rsidRPr="00213727" w:rsidRDefault="00DC49D9" w:rsidP="00DC49D9">
            <w:pPr>
              <w:spacing w:after="0"/>
              <w:rPr>
                <w:lang w:val="ru-RU"/>
              </w:rPr>
            </w:pPr>
          </w:p>
        </w:tc>
      </w:tr>
      <w:tr w:rsidR="00DC49D9" w:rsidRPr="004A0545" w14:paraId="7933FA57" w14:textId="77777777" w:rsidTr="00EA3A0E">
        <w:trPr>
          <w:jc w:val="center"/>
        </w:trPr>
        <w:tc>
          <w:tcPr>
            <w:tcW w:w="35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8EB396" w14:textId="72A7BA48" w:rsidR="00DC49D9" w:rsidRPr="003110F4" w:rsidRDefault="00DC49D9" w:rsidP="00DC49D9">
            <w:pPr>
              <w:spacing w:after="0"/>
              <w:rPr>
                <w:sz w:val="17"/>
                <w:szCs w:val="17"/>
                <w:lang w:val="ru-RU"/>
              </w:rPr>
            </w:pPr>
            <w:r w:rsidRPr="003110F4">
              <w:rPr>
                <w:sz w:val="17"/>
                <w:szCs w:val="17"/>
                <w:lang w:val="ru-RU"/>
              </w:rPr>
              <w:t>Обеспечение своевременного устранения выявленных критических уязвимостей безопасности</w:t>
            </w:r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8C7D32" w14:textId="0B6BC47E" w:rsidR="00DC49D9" w:rsidRPr="00213727" w:rsidRDefault="00000000" w:rsidP="00DC49D9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4753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1C2F">
                  <w:rPr>
                    <w:rFonts w:ascii="MS Gothic" w:eastAsia="MS Gothic" w:hAnsi="MS Gothic" w:hint="eastAsia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179949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49D9" w:rsidRPr="0026373F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DC49D9" w:rsidRPr="0026373F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3659" w:type="dxa"/>
            <w:vAlign w:val="center"/>
          </w:tcPr>
          <w:p w14:paraId="4CABE318" w14:textId="77777777" w:rsidR="00DC49D9" w:rsidRPr="00213727" w:rsidRDefault="00DC49D9" w:rsidP="00DC49D9">
            <w:pPr>
              <w:spacing w:after="0"/>
              <w:rPr>
                <w:lang w:val="ru-RU"/>
              </w:rPr>
            </w:pPr>
          </w:p>
        </w:tc>
      </w:tr>
    </w:tbl>
    <w:p w14:paraId="18160121" w14:textId="77777777" w:rsidR="003110F4" w:rsidRDefault="003110F4">
      <w:pPr>
        <w:pStyle w:val="Heading1"/>
        <w:rPr>
          <w:lang w:val="ru-RU"/>
        </w:rPr>
      </w:pPr>
    </w:p>
    <w:p w14:paraId="79B5569C" w14:textId="77777777" w:rsidR="003110F4" w:rsidRDefault="003110F4">
      <w:pPr>
        <w:rPr>
          <w:rFonts w:asciiTheme="majorHAnsi" w:eastAsiaTheme="majorEastAsia" w:hAnsiTheme="majorHAnsi" w:cstheme="majorBidi"/>
          <w:b/>
          <w:bCs/>
          <w:color w:val="1F4E79"/>
          <w:sz w:val="26"/>
          <w:szCs w:val="28"/>
          <w:lang w:val="ru-RU"/>
        </w:rPr>
      </w:pPr>
      <w:r>
        <w:rPr>
          <w:lang w:val="ru-RU"/>
        </w:rPr>
        <w:br w:type="page"/>
      </w:r>
    </w:p>
    <w:p w14:paraId="27A5D429" w14:textId="1F361AF8" w:rsidR="00960470" w:rsidRDefault="00960470">
      <w:pPr>
        <w:pStyle w:val="Heading1"/>
        <w:rPr>
          <w:lang w:val="ru-RU"/>
        </w:rPr>
      </w:pPr>
      <w:r w:rsidRPr="00960470">
        <w:rPr>
          <w:lang w:val="ru-RU"/>
        </w:rPr>
        <w:lastRenderedPageBreak/>
        <w:t>8. Подтверждения участника</w:t>
      </w:r>
    </w:p>
    <w:tbl>
      <w:tblPr>
        <w:tblW w:w="10539" w:type="dxa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5203"/>
        <w:gridCol w:w="1559"/>
        <w:gridCol w:w="3777"/>
      </w:tblGrid>
      <w:tr w:rsidR="00DA5BE2" w:rsidRPr="00265C67" w14:paraId="51D5E818" w14:textId="77777777" w:rsidTr="00EA3A0E">
        <w:trPr>
          <w:jc w:val="center"/>
        </w:trPr>
        <w:tc>
          <w:tcPr>
            <w:tcW w:w="5203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95B3EE" w14:textId="3C1673AD" w:rsidR="00DA5BE2" w:rsidRPr="00265C67" w:rsidRDefault="00DA5BE2" w:rsidP="00265C67">
            <w:pPr>
              <w:spacing w:after="0"/>
              <w:rPr>
                <w:b/>
                <w:color w:val="FFFFFF"/>
                <w:sz w:val="17"/>
              </w:rPr>
            </w:pPr>
            <w:proofErr w:type="spellStart"/>
            <w:r w:rsidRPr="00265C67">
              <w:rPr>
                <w:b/>
                <w:color w:val="FFFFFF"/>
                <w:sz w:val="17"/>
              </w:rPr>
              <w:t>Подтверждение</w:t>
            </w:r>
            <w:proofErr w:type="spellEnd"/>
          </w:p>
        </w:tc>
        <w:tc>
          <w:tcPr>
            <w:tcW w:w="1559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DE8CD4" w14:textId="4EDA2663" w:rsidR="00DA5BE2" w:rsidRPr="00265C67" w:rsidRDefault="00DA5BE2" w:rsidP="00265C67">
            <w:pPr>
              <w:spacing w:after="0"/>
              <w:rPr>
                <w:b/>
                <w:color w:val="FFFFFF"/>
                <w:sz w:val="17"/>
              </w:rPr>
            </w:pPr>
            <w:proofErr w:type="spellStart"/>
            <w:r w:rsidRPr="00265C67">
              <w:rPr>
                <w:b/>
                <w:color w:val="FFFFFF"/>
                <w:sz w:val="17"/>
              </w:rPr>
              <w:t>Отметка</w:t>
            </w:r>
            <w:proofErr w:type="spellEnd"/>
          </w:p>
        </w:tc>
        <w:tc>
          <w:tcPr>
            <w:tcW w:w="3777" w:type="dxa"/>
            <w:shd w:val="clear" w:color="auto" w:fill="1F4E79"/>
          </w:tcPr>
          <w:p w14:paraId="56248382" w14:textId="45C45C7D" w:rsidR="00DA5BE2" w:rsidRPr="00265C67" w:rsidRDefault="00ED1C2F" w:rsidP="00265C67">
            <w:pPr>
              <w:spacing w:after="0"/>
              <w:rPr>
                <w:b/>
                <w:color w:val="FFFFFF"/>
                <w:sz w:val="17"/>
              </w:rPr>
            </w:pPr>
            <w:r>
              <w:rPr>
                <w:b/>
                <w:color w:val="FFFFFF"/>
                <w:sz w:val="17"/>
                <w:lang w:val="ru-RU"/>
              </w:rPr>
              <w:t>К</w:t>
            </w:r>
            <w:proofErr w:type="spellStart"/>
            <w:r w:rsidR="00DA5BE2" w:rsidRPr="00265C67">
              <w:rPr>
                <w:b/>
                <w:color w:val="FFFFFF"/>
                <w:sz w:val="17"/>
              </w:rPr>
              <w:t>омментарий</w:t>
            </w:r>
            <w:proofErr w:type="spellEnd"/>
          </w:p>
        </w:tc>
      </w:tr>
      <w:tr w:rsidR="00ED1C2F" w:rsidRPr="004A0545" w14:paraId="3EFE8530" w14:textId="77777777" w:rsidTr="00EA3A0E">
        <w:trPr>
          <w:jc w:val="center"/>
        </w:trPr>
        <w:tc>
          <w:tcPr>
            <w:tcW w:w="52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35C0B4" w14:textId="6FE3519B" w:rsidR="00ED1C2F" w:rsidRPr="00577C2F" w:rsidRDefault="00ED1C2F" w:rsidP="006053C1">
            <w:pPr>
              <w:spacing w:after="0"/>
              <w:rPr>
                <w:sz w:val="17"/>
                <w:szCs w:val="17"/>
                <w:lang w:val="ru-RU"/>
              </w:rPr>
            </w:pPr>
            <w:r w:rsidRPr="00577C2F">
              <w:rPr>
                <w:sz w:val="17"/>
                <w:szCs w:val="17"/>
                <w:lang w:val="ru-RU"/>
              </w:rPr>
              <w:t>Участник подтверждает, что ознакомился с Техническим заданием и понимает объем требуемых услуг по всем платформам, указанным в Техническом задании.</w:t>
            </w:r>
          </w:p>
        </w:tc>
        <w:tc>
          <w:tcPr>
            <w:tcW w:w="155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37A89E" w14:textId="5FA6400E" w:rsidR="00ED1C2F" w:rsidRPr="0019412D" w:rsidRDefault="00000000" w:rsidP="006053C1">
            <w:pPr>
              <w:spacing w:after="0"/>
              <w:rPr>
                <w:rFonts w:asciiTheme="minorHAnsi" w:hAnsiTheme="minorHAnsi"/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1304589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1C2F">
                  <w:rPr>
                    <w:rFonts w:ascii="MS Gothic" w:eastAsia="MS Gothic" w:hAnsi="MS Gothic" w:hint="eastAsia"/>
                    <w:sz w:val="17"/>
                    <w:lang w:val="ru-RU"/>
                  </w:rPr>
                  <w:t>☐</w:t>
                </w:r>
              </w:sdtContent>
            </w:sdt>
            <w:r w:rsidR="00ED1C2F" w:rsidRPr="0026373F">
              <w:rPr>
                <w:sz w:val="17"/>
                <w:lang w:val="ru-RU"/>
              </w:rPr>
              <w:t xml:space="preserve"> </w:t>
            </w:r>
            <w:proofErr w:type="spellStart"/>
            <w:r w:rsidR="0019412D">
              <w:rPr>
                <w:sz w:val="17"/>
                <w:lang w:val="ru-RU"/>
              </w:rPr>
              <w:t>Подтверджаю</w:t>
            </w:r>
            <w:proofErr w:type="spellEnd"/>
          </w:p>
        </w:tc>
        <w:tc>
          <w:tcPr>
            <w:tcW w:w="3777" w:type="dxa"/>
            <w:vAlign w:val="center"/>
          </w:tcPr>
          <w:p w14:paraId="272E8705" w14:textId="0720A3C6" w:rsidR="00ED1C2F" w:rsidRPr="006053C1" w:rsidRDefault="00ED1C2F" w:rsidP="006053C1">
            <w:pPr>
              <w:spacing w:after="0"/>
              <w:rPr>
                <w:lang w:val="ru-RU"/>
              </w:rPr>
            </w:pPr>
          </w:p>
        </w:tc>
      </w:tr>
      <w:tr w:rsidR="0019412D" w:rsidRPr="004A0545" w14:paraId="77899409" w14:textId="77777777" w:rsidTr="00EA3A0E">
        <w:trPr>
          <w:jc w:val="center"/>
        </w:trPr>
        <w:tc>
          <w:tcPr>
            <w:tcW w:w="52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B62EEF" w14:textId="59C7A051" w:rsidR="0019412D" w:rsidRPr="00577C2F" w:rsidRDefault="0019412D" w:rsidP="0019412D">
            <w:pPr>
              <w:spacing w:after="0"/>
              <w:rPr>
                <w:sz w:val="17"/>
                <w:szCs w:val="17"/>
                <w:lang w:val="ru-RU"/>
              </w:rPr>
            </w:pPr>
            <w:r w:rsidRPr="00577C2F">
              <w:rPr>
                <w:sz w:val="17"/>
                <w:szCs w:val="17"/>
                <w:lang w:val="ru-RU"/>
              </w:rPr>
              <w:t xml:space="preserve">Участник подтверждает наличие опыта работы с технологиями 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WordPress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 xml:space="preserve">, 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Moodle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 xml:space="preserve"> LMS, Nuxt.js/Vue.js, Next.js/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React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 xml:space="preserve">, REST API и 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MySQL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>/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MariaDB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 xml:space="preserve"> и предоставляет подтверждающие материалы в составе предложения.</w:t>
            </w:r>
          </w:p>
        </w:tc>
        <w:tc>
          <w:tcPr>
            <w:tcW w:w="155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B56ED7" w14:textId="50B72EF6" w:rsidR="0019412D" w:rsidRPr="006053C1" w:rsidRDefault="00000000" w:rsidP="0019412D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-62492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12D" w:rsidRPr="00BE40ED">
                  <w:rPr>
                    <w:rFonts w:ascii="MS Gothic" w:eastAsia="MS Gothic" w:hAnsi="MS Gothic" w:hint="eastAsia"/>
                    <w:sz w:val="17"/>
                    <w:lang w:val="ru-RU"/>
                  </w:rPr>
                  <w:t>☐</w:t>
                </w:r>
              </w:sdtContent>
            </w:sdt>
            <w:r w:rsidR="0019412D" w:rsidRPr="00BE40ED">
              <w:rPr>
                <w:sz w:val="17"/>
                <w:lang w:val="ru-RU"/>
              </w:rPr>
              <w:t xml:space="preserve"> </w:t>
            </w:r>
            <w:proofErr w:type="spellStart"/>
            <w:r w:rsidR="0019412D" w:rsidRPr="00BE40ED">
              <w:rPr>
                <w:sz w:val="17"/>
                <w:lang w:val="ru-RU"/>
              </w:rPr>
              <w:t>Подтверджаю</w:t>
            </w:r>
            <w:proofErr w:type="spellEnd"/>
          </w:p>
        </w:tc>
        <w:tc>
          <w:tcPr>
            <w:tcW w:w="3777" w:type="dxa"/>
            <w:vAlign w:val="center"/>
          </w:tcPr>
          <w:p w14:paraId="11334924" w14:textId="1F1EB293" w:rsidR="0019412D" w:rsidRPr="006053C1" w:rsidRDefault="0019412D" w:rsidP="0019412D">
            <w:pPr>
              <w:spacing w:after="0"/>
              <w:rPr>
                <w:lang w:val="ru-RU"/>
              </w:rPr>
            </w:pPr>
          </w:p>
        </w:tc>
      </w:tr>
      <w:tr w:rsidR="0019412D" w:rsidRPr="004A0545" w14:paraId="42D2A271" w14:textId="77777777" w:rsidTr="00EA3A0E">
        <w:trPr>
          <w:jc w:val="center"/>
        </w:trPr>
        <w:tc>
          <w:tcPr>
            <w:tcW w:w="52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255592" w14:textId="164806C1" w:rsidR="0019412D" w:rsidRPr="00577C2F" w:rsidRDefault="0019412D" w:rsidP="0019412D">
            <w:pPr>
              <w:spacing w:after="0"/>
              <w:rPr>
                <w:sz w:val="17"/>
                <w:szCs w:val="17"/>
                <w:lang w:val="ru-RU"/>
              </w:rPr>
            </w:pPr>
            <w:r w:rsidRPr="00577C2F">
              <w:rPr>
                <w:sz w:val="17"/>
                <w:szCs w:val="17"/>
                <w:lang w:val="ru-RU"/>
              </w:rPr>
              <w:t xml:space="preserve">Участник подтверждает наличие действующего процесса управления задачами на основе 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ticketing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>/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helpdesk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 xml:space="preserve"> системы и использования 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Git-based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 xml:space="preserve"> 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release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 xml:space="preserve"> 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process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>.</w:t>
            </w:r>
          </w:p>
        </w:tc>
        <w:tc>
          <w:tcPr>
            <w:tcW w:w="155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CE3158" w14:textId="1AF97935" w:rsidR="0019412D" w:rsidRPr="006053C1" w:rsidRDefault="00000000" w:rsidP="0019412D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1025679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12D" w:rsidRPr="00BE40ED">
                  <w:rPr>
                    <w:rFonts w:ascii="MS Gothic" w:eastAsia="MS Gothic" w:hAnsi="MS Gothic" w:hint="eastAsia"/>
                    <w:sz w:val="17"/>
                    <w:lang w:val="ru-RU"/>
                  </w:rPr>
                  <w:t>☐</w:t>
                </w:r>
              </w:sdtContent>
            </w:sdt>
            <w:r w:rsidR="0019412D" w:rsidRPr="00BE40ED">
              <w:rPr>
                <w:sz w:val="17"/>
                <w:lang w:val="ru-RU"/>
              </w:rPr>
              <w:t xml:space="preserve"> </w:t>
            </w:r>
            <w:proofErr w:type="spellStart"/>
            <w:r w:rsidR="0019412D" w:rsidRPr="00BE40ED">
              <w:rPr>
                <w:sz w:val="17"/>
                <w:lang w:val="ru-RU"/>
              </w:rPr>
              <w:t>Подтверджаю</w:t>
            </w:r>
            <w:proofErr w:type="spellEnd"/>
          </w:p>
        </w:tc>
        <w:tc>
          <w:tcPr>
            <w:tcW w:w="3777" w:type="dxa"/>
            <w:vAlign w:val="center"/>
          </w:tcPr>
          <w:p w14:paraId="03508388" w14:textId="66FDFC8A" w:rsidR="0019412D" w:rsidRPr="006053C1" w:rsidRDefault="0019412D" w:rsidP="0019412D">
            <w:pPr>
              <w:spacing w:after="0"/>
              <w:rPr>
                <w:lang w:val="ru-RU"/>
              </w:rPr>
            </w:pPr>
          </w:p>
        </w:tc>
      </w:tr>
      <w:tr w:rsidR="0019412D" w:rsidRPr="004A0545" w14:paraId="667FFB82" w14:textId="77777777" w:rsidTr="00EA3A0E">
        <w:trPr>
          <w:jc w:val="center"/>
        </w:trPr>
        <w:tc>
          <w:tcPr>
            <w:tcW w:w="52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5BD46F" w14:textId="77777777" w:rsidR="0019412D" w:rsidRPr="00577C2F" w:rsidRDefault="0019412D" w:rsidP="0019412D">
            <w:pPr>
              <w:spacing w:after="0"/>
              <w:rPr>
                <w:sz w:val="17"/>
                <w:szCs w:val="17"/>
                <w:lang w:val="ru-RU"/>
              </w:rPr>
            </w:pPr>
            <w:r w:rsidRPr="00577C2F">
              <w:rPr>
                <w:sz w:val="17"/>
                <w:szCs w:val="17"/>
                <w:lang w:val="ru-RU"/>
              </w:rPr>
              <w:t>Участник ознакомился с требованиями SLA, изложенными в разделе 3 Технического задания, и подтверждает готовность обеспечить их выполнение в полном объёме в течение всего срока действия контракта.</w:t>
            </w:r>
          </w:p>
        </w:tc>
        <w:tc>
          <w:tcPr>
            <w:tcW w:w="155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532CB7" w14:textId="156E1A2C" w:rsidR="0019412D" w:rsidRPr="006053C1" w:rsidRDefault="00000000" w:rsidP="0019412D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-54799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12D" w:rsidRPr="00BE40ED">
                  <w:rPr>
                    <w:rFonts w:ascii="MS Gothic" w:eastAsia="MS Gothic" w:hAnsi="MS Gothic" w:hint="eastAsia"/>
                    <w:sz w:val="17"/>
                    <w:lang w:val="ru-RU"/>
                  </w:rPr>
                  <w:t>☐</w:t>
                </w:r>
              </w:sdtContent>
            </w:sdt>
            <w:r w:rsidR="0019412D" w:rsidRPr="00BE40ED">
              <w:rPr>
                <w:sz w:val="17"/>
                <w:lang w:val="ru-RU"/>
              </w:rPr>
              <w:t xml:space="preserve"> </w:t>
            </w:r>
            <w:proofErr w:type="spellStart"/>
            <w:r w:rsidR="0019412D" w:rsidRPr="00BE40ED">
              <w:rPr>
                <w:sz w:val="17"/>
                <w:lang w:val="ru-RU"/>
              </w:rPr>
              <w:t>Подтверджаю</w:t>
            </w:r>
            <w:proofErr w:type="spellEnd"/>
          </w:p>
        </w:tc>
        <w:tc>
          <w:tcPr>
            <w:tcW w:w="3777" w:type="dxa"/>
            <w:vAlign w:val="center"/>
          </w:tcPr>
          <w:p w14:paraId="19F1A628" w14:textId="688271C3" w:rsidR="0019412D" w:rsidRPr="006053C1" w:rsidRDefault="0019412D" w:rsidP="0019412D">
            <w:pPr>
              <w:spacing w:after="0"/>
              <w:rPr>
                <w:lang w:val="ru-RU"/>
              </w:rPr>
            </w:pPr>
          </w:p>
        </w:tc>
      </w:tr>
      <w:tr w:rsidR="0019412D" w:rsidRPr="004A0545" w14:paraId="786A4D44" w14:textId="77777777" w:rsidTr="00EA3A0E">
        <w:trPr>
          <w:jc w:val="center"/>
        </w:trPr>
        <w:tc>
          <w:tcPr>
            <w:tcW w:w="52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BC25C3" w14:textId="151846E2" w:rsidR="0019412D" w:rsidRPr="00577C2F" w:rsidRDefault="0019412D" w:rsidP="0019412D">
            <w:pPr>
              <w:spacing w:after="0"/>
              <w:rPr>
                <w:sz w:val="17"/>
                <w:szCs w:val="17"/>
                <w:lang w:val="ru-RU"/>
              </w:rPr>
            </w:pPr>
            <w:r w:rsidRPr="00577C2F">
              <w:rPr>
                <w:sz w:val="17"/>
                <w:szCs w:val="17"/>
                <w:lang w:val="ru-RU"/>
              </w:rPr>
              <w:t>Участник подтверждает готовность обеспечить круглосуточное реагирование на критические инциденты (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Priority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 xml:space="preserve"> 1) в соответствии с требованиями SLA.</w:t>
            </w:r>
          </w:p>
        </w:tc>
        <w:tc>
          <w:tcPr>
            <w:tcW w:w="155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FB01E1" w14:textId="31D043D1" w:rsidR="0019412D" w:rsidRPr="006053C1" w:rsidRDefault="00000000" w:rsidP="0019412D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201094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12D" w:rsidRPr="00BE40ED">
                  <w:rPr>
                    <w:rFonts w:ascii="MS Gothic" w:eastAsia="MS Gothic" w:hAnsi="MS Gothic" w:hint="eastAsia"/>
                    <w:sz w:val="17"/>
                    <w:lang w:val="ru-RU"/>
                  </w:rPr>
                  <w:t>☐</w:t>
                </w:r>
              </w:sdtContent>
            </w:sdt>
            <w:r w:rsidR="0019412D" w:rsidRPr="00BE40ED">
              <w:rPr>
                <w:sz w:val="17"/>
                <w:lang w:val="ru-RU"/>
              </w:rPr>
              <w:t xml:space="preserve"> </w:t>
            </w:r>
            <w:proofErr w:type="spellStart"/>
            <w:r w:rsidR="0019412D" w:rsidRPr="00BE40ED">
              <w:rPr>
                <w:sz w:val="17"/>
                <w:lang w:val="ru-RU"/>
              </w:rPr>
              <w:t>Подтверджаю</w:t>
            </w:r>
            <w:proofErr w:type="spellEnd"/>
          </w:p>
        </w:tc>
        <w:tc>
          <w:tcPr>
            <w:tcW w:w="3777" w:type="dxa"/>
            <w:vAlign w:val="center"/>
          </w:tcPr>
          <w:p w14:paraId="0A018C26" w14:textId="4A766B31" w:rsidR="0019412D" w:rsidRPr="006053C1" w:rsidRDefault="0019412D" w:rsidP="0019412D">
            <w:pPr>
              <w:spacing w:after="0"/>
              <w:rPr>
                <w:lang w:val="ru-RU"/>
              </w:rPr>
            </w:pPr>
          </w:p>
        </w:tc>
      </w:tr>
      <w:tr w:rsidR="0019412D" w:rsidRPr="004A0545" w14:paraId="4D1DB62C" w14:textId="77777777" w:rsidTr="00EA3A0E">
        <w:trPr>
          <w:jc w:val="center"/>
        </w:trPr>
        <w:tc>
          <w:tcPr>
            <w:tcW w:w="52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50A230" w14:textId="35783EED" w:rsidR="0019412D" w:rsidRPr="00577C2F" w:rsidRDefault="0019412D" w:rsidP="0019412D">
            <w:pPr>
              <w:spacing w:after="0"/>
              <w:rPr>
                <w:sz w:val="17"/>
                <w:szCs w:val="17"/>
                <w:lang w:val="ru-RU"/>
              </w:rPr>
            </w:pPr>
            <w:r w:rsidRPr="00577C2F">
              <w:rPr>
                <w:sz w:val="17"/>
                <w:szCs w:val="17"/>
                <w:lang w:val="ru-RU"/>
              </w:rPr>
              <w:t>Участник подтверждает наличие подхода к планированию ресурсов (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capacity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 xml:space="preserve"> 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management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>), включая ежемесячный банк часов и распределение ресурсов между технической поддержкой, управлением инцидентами и развитием функциональности.</w:t>
            </w:r>
          </w:p>
        </w:tc>
        <w:tc>
          <w:tcPr>
            <w:tcW w:w="155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81DC65" w14:textId="5EC3CC33" w:rsidR="0019412D" w:rsidRPr="006053C1" w:rsidRDefault="00000000" w:rsidP="0019412D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999081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12D" w:rsidRPr="00BE40ED">
                  <w:rPr>
                    <w:rFonts w:ascii="MS Gothic" w:eastAsia="MS Gothic" w:hAnsi="MS Gothic" w:hint="eastAsia"/>
                    <w:sz w:val="17"/>
                    <w:lang w:val="ru-RU"/>
                  </w:rPr>
                  <w:t>☐</w:t>
                </w:r>
              </w:sdtContent>
            </w:sdt>
            <w:r w:rsidR="0019412D" w:rsidRPr="00BE40ED">
              <w:rPr>
                <w:sz w:val="17"/>
                <w:lang w:val="ru-RU"/>
              </w:rPr>
              <w:t xml:space="preserve"> </w:t>
            </w:r>
            <w:proofErr w:type="spellStart"/>
            <w:r w:rsidR="0019412D" w:rsidRPr="00BE40ED">
              <w:rPr>
                <w:sz w:val="17"/>
                <w:lang w:val="ru-RU"/>
              </w:rPr>
              <w:t>Подтверджаю</w:t>
            </w:r>
            <w:proofErr w:type="spellEnd"/>
          </w:p>
        </w:tc>
        <w:tc>
          <w:tcPr>
            <w:tcW w:w="3777" w:type="dxa"/>
            <w:vAlign w:val="center"/>
          </w:tcPr>
          <w:p w14:paraId="3D6B014D" w14:textId="129B1503" w:rsidR="0019412D" w:rsidRPr="006053C1" w:rsidRDefault="0019412D" w:rsidP="0019412D">
            <w:pPr>
              <w:spacing w:after="0"/>
              <w:rPr>
                <w:lang w:val="ru-RU"/>
              </w:rPr>
            </w:pPr>
          </w:p>
        </w:tc>
      </w:tr>
      <w:tr w:rsidR="0019412D" w:rsidRPr="004A0545" w14:paraId="502718ED" w14:textId="77777777" w:rsidTr="00EA3A0E">
        <w:trPr>
          <w:jc w:val="center"/>
        </w:trPr>
        <w:tc>
          <w:tcPr>
            <w:tcW w:w="52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8002DE" w14:textId="4977DB6A" w:rsidR="0019412D" w:rsidRPr="00577C2F" w:rsidRDefault="0019412D" w:rsidP="0019412D">
            <w:pPr>
              <w:spacing w:after="0"/>
              <w:rPr>
                <w:sz w:val="17"/>
                <w:szCs w:val="17"/>
                <w:lang w:val="ru-RU"/>
              </w:rPr>
            </w:pPr>
            <w:r w:rsidRPr="00577C2F">
              <w:rPr>
                <w:sz w:val="17"/>
                <w:szCs w:val="17"/>
                <w:lang w:val="ru-RU"/>
              </w:rPr>
              <w:t xml:space="preserve">Участник подтверждает готовность использовать процессы 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backlog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 xml:space="preserve"> 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management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 xml:space="preserve">, 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quarterly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 xml:space="preserve"> 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planning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 xml:space="preserve"> и 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change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 xml:space="preserve"> 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management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 xml:space="preserve"> в течение всего срока действия контракта.</w:t>
            </w:r>
          </w:p>
        </w:tc>
        <w:tc>
          <w:tcPr>
            <w:tcW w:w="155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9AB918" w14:textId="75F8107D" w:rsidR="0019412D" w:rsidRPr="006053C1" w:rsidRDefault="00000000" w:rsidP="0019412D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131468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12D" w:rsidRPr="0069165C">
                  <w:rPr>
                    <w:rFonts w:ascii="MS Gothic" w:eastAsia="MS Gothic" w:hAnsi="MS Gothic" w:hint="eastAsia"/>
                    <w:sz w:val="17"/>
                    <w:lang w:val="ru-RU"/>
                  </w:rPr>
                  <w:t>☐</w:t>
                </w:r>
              </w:sdtContent>
            </w:sdt>
            <w:r w:rsidR="0019412D" w:rsidRPr="0069165C">
              <w:rPr>
                <w:sz w:val="17"/>
                <w:lang w:val="ru-RU"/>
              </w:rPr>
              <w:t xml:space="preserve"> </w:t>
            </w:r>
            <w:proofErr w:type="spellStart"/>
            <w:r w:rsidR="0019412D" w:rsidRPr="0069165C">
              <w:rPr>
                <w:sz w:val="17"/>
                <w:lang w:val="ru-RU"/>
              </w:rPr>
              <w:t>Подтверджаю</w:t>
            </w:r>
            <w:proofErr w:type="spellEnd"/>
          </w:p>
        </w:tc>
        <w:tc>
          <w:tcPr>
            <w:tcW w:w="3777" w:type="dxa"/>
            <w:vAlign w:val="center"/>
          </w:tcPr>
          <w:p w14:paraId="62FAF21C" w14:textId="0649B468" w:rsidR="0019412D" w:rsidRPr="006053C1" w:rsidRDefault="0019412D" w:rsidP="0019412D">
            <w:pPr>
              <w:spacing w:after="0"/>
              <w:rPr>
                <w:lang w:val="ru-RU"/>
              </w:rPr>
            </w:pPr>
          </w:p>
        </w:tc>
      </w:tr>
      <w:tr w:rsidR="0019412D" w:rsidRPr="004A0545" w14:paraId="7147B42E" w14:textId="77777777" w:rsidTr="00EA3A0E">
        <w:trPr>
          <w:jc w:val="center"/>
        </w:trPr>
        <w:tc>
          <w:tcPr>
            <w:tcW w:w="52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856026" w14:textId="33141824" w:rsidR="0019412D" w:rsidRPr="00577C2F" w:rsidRDefault="0019412D" w:rsidP="0019412D">
            <w:pPr>
              <w:spacing w:after="0"/>
              <w:rPr>
                <w:sz w:val="17"/>
                <w:szCs w:val="17"/>
                <w:lang w:val="ru-RU"/>
              </w:rPr>
            </w:pPr>
            <w:r w:rsidRPr="00577C2F">
              <w:rPr>
                <w:sz w:val="17"/>
                <w:szCs w:val="17"/>
                <w:lang w:val="ru-RU"/>
              </w:rPr>
              <w:t xml:space="preserve">Участник подтверждает готовность поддерживать 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Git-репозиторий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>, тестовую среду (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staging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 xml:space="preserve"> </w:t>
            </w:r>
            <w:proofErr w:type="spellStart"/>
            <w:r w:rsidRPr="00577C2F">
              <w:rPr>
                <w:sz w:val="17"/>
                <w:szCs w:val="17"/>
                <w:lang w:val="ru-RU"/>
              </w:rPr>
              <w:t>environment</w:t>
            </w:r>
            <w:proofErr w:type="spellEnd"/>
            <w:r w:rsidRPr="00577C2F">
              <w:rPr>
                <w:sz w:val="17"/>
                <w:szCs w:val="17"/>
                <w:lang w:val="ru-RU"/>
              </w:rPr>
              <w:t>) и актуальную техническую документацию в соответствии с требованиями Технического задания.</w:t>
            </w:r>
          </w:p>
        </w:tc>
        <w:tc>
          <w:tcPr>
            <w:tcW w:w="155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CC1EDC" w14:textId="1E780CFC" w:rsidR="0019412D" w:rsidRPr="006053C1" w:rsidRDefault="00000000" w:rsidP="0019412D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-185842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12D" w:rsidRPr="0069165C">
                  <w:rPr>
                    <w:rFonts w:ascii="MS Gothic" w:eastAsia="MS Gothic" w:hAnsi="MS Gothic" w:hint="eastAsia"/>
                    <w:sz w:val="17"/>
                    <w:lang w:val="ru-RU"/>
                  </w:rPr>
                  <w:t>☐</w:t>
                </w:r>
              </w:sdtContent>
            </w:sdt>
            <w:r w:rsidR="0019412D" w:rsidRPr="0069165C">
              <w:rPr>
                <w:sz w:val="17"/>
                <w:lang w:val="ru-RU"/>
              </w:rPr>
              <w:t xml:space="preserve"> </w:t>
            </w:r>
            <w:proofErr w:type="spellStart"/>
            <w:r w:rsidR="0019412D" w:rsidRPr="0069165C">
              <w:rPr>
                <w:sz w:val="17"/>
                <w:lang w:val="ru-RU"/>
              </w:rPr>
              <w:t>Подтверджаю</w:t>
            </w:r>
            <w:proofErr w:type="spellEnd"/>
          </w:p>
        </w:tc>
        <w:tc>
          <w:tcPr>
            <w:tcW w:w="3777" w:type="dxa"/>
            <w:vAlign w:val="center"/>
          </w:tcPr>
          <w:p w14:paraId="57C66619" w14:textId="0CC47BC0" w:rsidR="0019412D" w:rsidRPr="006053C1" w:rsidRDefault="0019412D" w:rsidP="0019412D">
            <w:pPr>
              <w:spacing w:after="0"/>
              <w:rPr>
                <w:lang w:val="ru-RU"/>
              </w:rPr>
            </w:pPr>
          </w:p>
        </w:tc>
      </w:tr>
      <w:tr w:rsidR="0019412D" w:rsidRPr="004A0545" w14:paraId="2F0E1DB9" w14:textId="77777777" w:rsidTr="00EA3A0E">
        <w:trPr>
          <w:jc w:val="center"/>
        </w:trPr>
        <w:tc>
          <w:tcPr>
            <w:tcW w:w="52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484905" w14:textId="12B689B1" w:rsidR="0019412D" w:rsidRPr="00577C2F" w:rsidRDefault="0019412D" w:rsidP="0019412D">
            <w:pPr>
              <w:spacing w:after="0"/>
              <w:rPr>
                <w:sz w:val="17"/>
                <w:szCs w:val="17"/>
                <w:lang w:val="ru-RU"/>
              </w:rPr>
            </w:pPr>
            <w:r w:rsidRPr="00577C2F">
              <w:rPr>
                <w:sz w:val="17"/>
                <w:szCs w:val="17"/>
                <w:lang w:val="ru-RU"/>
              </w:rPr>
              <w:t>Участник подтверждает готовность выполнять требования по информационной безопасности, защите персональных данных, двухфакторной аутентификации и реагированию на инциденты безопасности.</w:t>
            </w:r>
          </w:p>
        </w:tc>
        <w:tc>
          <w:tcPr>
            <w:tcW w:w="155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2ECC2C" w14:textId="507B4B1F" w:rsidR="0019412D" w:rsidRPr="00213727" w:rsidRDefault="00000000" w:rsidP="0019412D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-4738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12D" w:rsidRPr="0069165C">
                  <w:rPr>
                    <w:rFonts w:ascii="MS Gothic" w:eastAsia="MS Gothic" w:hAnsi="MS Gothic" w:hint="eastAsia"/>
                    <w:sz w:val="17"/>
                    <w:lang w:val="ru-RU"/>
                  </w:rPr>
                  <w:t>☐</w:t>
                </w:r>
              </w:sdtContent>
            </w:sdt>
            <w:r w:rsidR="0019412D" w:rsidRPr="0069165C">
              <w:rPr>
                <w:sz w:val="17"/>
                <w:lang w:val="ru-RU"/>
              </w:rPr>
              <w:t xml:space="preserve"> </w:t>
            </w:r>
            <w:proofErr w:type="spellStart"/>
            <w:r w:rsidR="0019412D" w:rsidRPr="0069165C">
              <w:rPr>
                <w:sz w:val="17"/>
                <w:lang w:val="ru-RU"/>
              </w:rPr>
              <w:t>Подтверджаю</w:t>
            </w:r>
            <w:proofErr w:type="spellEnd"/>
          </w:p>
        </w:tc>
        <w:tc>
          <w:tcPr>
            <w:tcW w:w="3777" w:type="dxa"/>
            <w:vAlign w:val="center"/>
          </w:tcPr>
          <w:p w14:paraId="012622B5" w14:textId="3371F0C7" w:rsidR="0019412D" w:rsidRPr="00213727" w:rsidRDefault="0019412D" w:rsidP="0019412D">
            <w:pPr>
              <w:spacing w:after="0"/>
              <w:rPr>
                <w:lang w:val="ru-RU"/>
              </w:rPr>
            </w:pPr>
          </w:p>
        </w:tc>
      </w:tr>
      <w:tr w:rsidR="0019412D" w:rsidRPr="004A0545" w14:paraId="376F97E4" w14:textId="77777777" w:rsidTr="00EA3A0E">
        <w:trPr>
          <w:jc w:val="center"/>
        </w:trPr>
        <w:tc>
          <w:tcPr>
            <w:tcW w:w="52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96FCE0" w14:textId="7BC61010" w:rsidR="0019412D" w:rsidRPr="00577C2F" w:rsidRDefault="0019412D" w:rsidP="0019412D">
            <w:pPr>
              <w:spacing w:after="0"/>
              <w:rPr>
                <w:sz w:val="17"/>
                <w:szCs w:val="17"/>
                <w:lang w:val="ru-RU"/>
              </w:rPr>
            </w:pPr>
            <w:r w:rsidRPr="00577C2F">
              <w:rPr>
                <w:sz w:val="17"/>
                <w:szCs w:val="17"/>
                <w:lang w:val="ru-RU"/>
              </w:rPr>
              <w:t>Участник подтверждает готовность внедрить и поддерживать систему мониторинга и реагирования на инциденты безопасности в соответствии с требованиями Технического задания.</w:t>
            </w:r>
          </w:p>
        </w:tc>
        <w:tc>
          <w:tcPr>
            <w:tcW w:w="155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C6B2F2" w14:textId="0B6AA8CD" w:rsidR="0019412D" w:rsidRPr="00213727" w:rsidRDefault="00000000" w:rsidP="0019412D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124121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12D" w:rsidRPr="0069165C">
                  <w:rPr>
                    <w:rFonts w:ascii="MS Gothic" w:eastAsia="MS Gothic" w:hAnsi="MS Gothic" w:hint="eastAsia"/>
                    <w:sz w:val="17"/>
                    <w:lang w:val="ru-RU"/>
                  </w:rPr>
                  <w:t>☐</w:t>
                </w:r>
              </w:sdtContent>
            </w:sdt>
            <w:r w:rsidR="0019412D" w:rsidRPr="0069165C">
              <w:rPr>
                <w:sz w:val="17"/>
                <w:lang w:val="ru-RU"/>
              </w:rPr>
              <w:t xml:space="preserve"> </w:t>
            </w:r>
            <w:proofErr w:type="spellStart"/>
            <w:r w:rsidR="0019412D" w:rsidRPr="0069165C">
              <w:rPr>
                <w:sz w:val="17"/>
                <w:lang w:val="ru-RU"/>
              </w:rPr>
              <w:t>Подтверджаю</w:t>
            </w:r>
            <w:proofErr w:type="spellEnd"/>
          </w:p>
        </w:tc>
        <w:tc>
          <w:tcPr>
            <w:tcW w:w="3777" w:type="dxa"/>
            <w:vAlign w:val="center"/>
          </w:tcPr>
          <w:p w14:paraId="7A700B54" w14:textId="3BABD993" w:rsidR="0019412D" w:rsidRPr="00213727" w:rsidRDefault="0019412D" w:rsidP="0019412D">
            <w:pPr>
              <w:spacing w:after="0"/>
              <w:rPr>
                <w:lang w:val="ru-RU"/>
              </w:rPr>
            </w:pPr>
          </w:p>
        </w:tc>
      </w:tr>
      <w:tr w:rsidR="0019412D" w:rsidRPr="004A0545" w14:paraId="7E9FFE12" w14:textId="77777777" w:rsidTr="00EA3A0E">
        <w:trPr>
          <w:jc w:val="center"/>
        </w:trPr>
        <w:tc>
          <w:tcPr>
            <w:tcW w:w="52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22E1C4" w14:textId="323EC638" w:rsidR="0019412D" w:rsidRPr="00577C2F" w:rsidRDefault="0019412D" w:rsidP="0019412D">
            <w:pPr>
              <w:spacing w:after="0"/>
              <w:rPr>
                <w:sz w:val="17"/>
                <w:szCs w:val="17"/>
                <w:lang w:val="ru-RU"/>
              </w:rPr>
            </w:pPr>
            <w:r w:rsidRPr="00577C2F">
              <w:rPr>
                <w:sz w:val="17"/>
                <w:szCs w:val="17"/>
                <w:lang w:val="ru-RU"/>
              </w:rPr>
              <w:t>Участник подтверждает отсутствие конфликта интересов, включая отношения с предыдущими подрядчиками или субподрядчиками, оказывавшими услуги по указанным платформам для UNICEF Belarus. При наличии конфликта интересов соответствующая информация раскрыта в приложении к предложению.</w:t>
            </w:r>
          </w:p>
        </w:tc>
        <w:tc>
          <w:tcPr>
            <w:tcW w:w="155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5E3250" w14:textId="1D06961F" w:rsidR="0019412D" w:rsidRPr="00213727" w:rsidRDefault="00000000" w:rsidP="0019412D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73327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12D" w:rsidRPr="0069165C">
                  <w:rPr>
                    <w:rFonts w:ascii="MS Gothic" w:eastAsia="MS Gothic" w:hAnsi="MS Gothic" w:hint="eastAsia"/>
                    <w:sz w:val="17"/>
                    <w:lang w:val="ru-RU"/>
                  </w:rPr>
                  <w:t>☐</w:t>
                </w:r>
              </w:sdtContent>
            </w:sdt>
            <w:r w:rsidR="0019412D" w:rsidRPr="0069165C">
              <w:rPr>
                <w:sz w:val="17"/>
                <w:lang w:val="ru-RU"/>
              </w:rPr>
              <w:t xml:space="preserve"> </w:t>
            </w:r>
            <w:proofErr w:type="spellStart"/>
            <w:r w:rsidR="0019412D" w:rsidRPr="0069165C">
              <w:rPr>
                <w:sz w:val="17"/>
                <w:lang w:val="ru-RU"/>
              </w:rPr>
              <w:t>Подтверджаю</w:t>
            </w:r>
            <w:proofErr w:type="spellEnd"/>
          </w:p>
        </w:tc>
        <w:tc>
          <w:tcPr>
            <w:tcW w:w="3777" w:type="dxa"/>
            <w:vAlign w:val="center"/>
          </w:tcPr>
          <w:p w14:paraId="083BF12D" w14:textId="74C889DF" w:rsidR="0019412D" w:rsidRPr="00213727" w:rsidRDefault="0019412D" w:rsidP="0019412D">
            <w:pPr>
              <w:spacing w:after="0"/>
              <w:rPr>
                <w:lang w:val="ru-RU"/>
              </w:rPr>
            </w:pPr>
          </w:p>
        </w:tc>
      </w:tr>
      <w:tr w:rsidR="0019412D" w:rsidRPr="004A0545" w14:paraId="194FEBB2" w14:textId="77777777" w:rsidTr="00EA3A0E">
        <w:trPr>
          <w:jc w:val="center"/>
        </w:trPr>
        <w:tc>
          <w:tcPr>
            <w:tcW w:w="52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E2F79E" w14:textId="081FC7E3" w:rsidR="0019412D" w:rsidRPr="00577C2F" w:rsidRDefault="0019412D" w:rsidP="0019412D">
            <w:pPr>
              <w:spacing w:after="0"/>
              <w:rPr>
                <w:sz w:val="17"/>
                <w:szCs w:val="17"/>
                <w:lang w:val="ru-RU"/>
              </w:rPr>
            </w:pPr>
            <w:r w:rsidRPr="00577C2F">
              <w:rPr>
                <w:sz w:val="17"/>
                <w:szCs w:val="17"/>
                <w:lang w:val="ru-RU"/>
              </w:rPr>
              <w:t>Участник подтверждает наличие всех необходимых специалистов, оборудования, программного обеспечения и иных ресурсов для выполнения контракта в полном объеме.</w:t>
            </w:r>
          </w:p>
        </w:tc>
        <w:tc>
          <w:tcPr>
            <w:tcW w:w="155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EE25A5" w14:textId="51359CFF" w:rsidR="0019412D" w:rsidRPr="00213727" w:rsidRDefault="00000000" w:rsidP="0019412D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109806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06D">
                  <w:rPr>
                    <w:rFonts w:ascii="MS Gothic" w:eastAsia="MS Gothic" w:hAnsi="MS Gothic" w:hint="eastAsia"/>
                    <w:sz w:val="17"/>
                    <w:lang w:val="ru-RU"/>
                  </w:rPr>
                  <w:t>☐</w:t>
                </w:r>
              </w:sdtContent>
            </w:sdt>
            <w:r w:rsidR="0019412D" w:rsidRPr="0069165C">
              <w:rPr>
                <w:sz w:val="17"/>
                <w:lang w:val="ru-RU"/>
              </w:rPr>
              <w:t xml:space="preserve"> </w:t>
            </w:r>
            <w:proofErr w:type="spellStart"/>
            <w:r w:rsidR="0019412D" w:rsidRPr="0069165C">
              <w:rPr>
                <w:sz w:val="17"/>
                <w:lang w:val="ru-RU"/>
              </w:rPr>
              <w:t>Подтверджаю</w:t>
            </w:r>
            <w:proofErr w:type="spellEnd"/>
          </w:p>
        </w:tc>
        <w:tc>
          <w:tcPr>
            <w:tcW w:w="3777" w:type="dxa"/>
            <w:vAlign w:val="center"/>
          </w:tcPr>
          <w:p w14:paraId="504244A2" w14:textId="4D23151F" w:rsidR="0019412D" w:rsidRPr="00213727" w:rsidRDefault="0019412D" w:rsidP="0019412D">
            <w:pPr>
              <w:spacing w:after="0"/>
              <w:rPr>
                <w:lang w:val="ru-RU"/>
              </w:rPr>
            </w:pPr>
          </w:p>
        </w:tc>
      </w:tr>
      <w:tr w:rsidR="0019412D" w:rsidRPr="004A0545" w14:paraId="414DD94F" w14:textId="77777777" w:rsidTr="00EA3A0E">
        <w:trPr>
          <w:jc w:val="center"/>
        </w:trPr>
        <w:tc>
          <w:tcPr>
            <w:tcW w:w="52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11D445" w14:textId="23ED2F2E" w:rsidR="0019412D" w:rsidRPr="00577C2F" w:rsidRDefault="0019412D" w:rsidP="0019412D">
            <w:pPr>
              <w:spacing w:after="0"/>
              <w:rPr>
                <w:sz w:val="17"/>
                <w:szCs w:val="17"/>
                <w:lang w:val="ru-RU"/>
              </w:rPr>
            </w:pPr>
            <w:r w:rsidRPr="00577C2F">
              <w:rPr>
                <w:sz w:val="17"/>
                <w:szCs w:val="17"/>
                <w:lang w:val="ru-RU"/>
              </w:rPr>
              <w:t>Участник подтверждает готовность обеспечить передачу знаний, исходного кода, документации и всех результатов работ UNICEF по завершении контракта или в случае его досрочного прекращения.</w:t>
            </w:r>
          </w:p>
        </w:tc>
        <w:tc>
          <w:tcPr>
            <w:tcW w:w="155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C23CAA" w14:textId="2E2147FE" w:rsidR="0019412D" w:rsidRPr="00213727" w:rsidRDefault="00000000" w:rsidP="0019412D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-139503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12D" w:rsidRPr="0069165C">
                  <w:rPr>
                    <w:rFonts w:ascii="MS Gothic" w:eastAsia="MS Gothic" w:hAnsi="MS Gothic" w:hint="eastAsia"/>
                    <w:sz w:val="17"/>
                    <w:lang w:val="ru-RU"/>
                  </w:rPr>
                  <w:t>☐</w:t>
                </w:r>
              </w:sdtContent>
            </w:sdt>
            <w:r w:rsidR="0019412D" w:rsidRPr="0069165C">
              <w:rPr>
                <w:sz w:val="17"/>
                <w:lang w:val="ru-RU"/>
              </w:rPr>
              <w:t xml:space="preserve"> </w:t>
            </w:r>
            <w:proofErr w:type="spellStart"/>
            <w:r w:rsidR="0019412D" w:rsidRPr="0069165C">
              <w:rPr>
                <w:sz w:val="17"/>
                <w:lang w:val="ru-RU"/>
              </w:rPr>
              <w:t>Подтверджаю</w:t>
            </w:r>
            <w:proofErr w:type="spellEnd"/>
          </w:p>
        </w:tc>
        <w:tc>
          <w:tcPr>
            <w:tcW w:w="3777" w:type="dxa"/>
            <w:vAlign w:val="center"/>
          </w:tcPr>
          <w:p w14:paraId="09093549" w14:textId="52817DC1" w:rsidR="0019412D" w:rsidRPr="00213727" w:rsidRDefault="0019412D" w:rsidP="0019412D">
            <w:pPr>
              <w:spacing w:after="0"/>
              <w:rPr>
                <w:lang w:val="ru-RU"/>
              </w:rPr>
            </w:pPr>
          </w:p>
        </w:tc>
      </w:tr>
    </w:tbl>
    <w:p w14:paraId="53F0EF0E" w14:textId="77777777" w:rsidR="001050A6" w:rsidRDefault="001050A6" w:rsidP="000733A1">
      <w:pPr>
        <w:pStyle w:val="Heading1"/>
        <w:spacing w:before="0"/>
        <w:rPr>
          <w:lang w:val="ru-RU"/>
        </w:rPr>
      </w:pPr>
    </w:p>
    <w:p w14:paraId="40936D7F" w14:textId="77777777" w:rsidR="001050A6" w:rsidRDefault="001050A6">
      <w:pPr>
        <w:rPr>
          <w:rFonts w:asciiTheme="majorHAnsi" w:eastAsiaTheme="majorEastAsia" w:hAnsiTheme="majorHAnsi" w:cstheme="majorBidi"/>
          <w:b/>
          <w:bCs/>
          <w:color w:val="1F4E79"/>
          <w:sz w:val="26"/>
          <w:szCs w:val="28"/>
          <w:lang w:val="ru-RU"/>
        </w:rPr>
      </w:pPr>
      <w:r>
        <w:rPr>
          <w:lang w:val="ru-RU"/>
        </w:rPr>
        <w:br w:type="page"/>
      </w:r>
    </w:p>
    <w:p w14:paraId="603EA7F3" w14:textId="5D0FC207" w:rsidR="009A6D2A" w:rsidRPr="00960470" w:rsidRDefault="004531FB" w:rsidP="000733A1">
      <w:pPr>
        <w:pStyle w:val="Heading1"/>
        <w:spacing w:before="0"/>
        <w:rPr>
          <w:lang w:val="ru-RU"/>
        </w:rPr>
      </w:pPr>
      <w:r>
        <w:rPr>
          <w:lang w:val="ru-RU"/>
        </w:rPr>
        <w:lastRenderedPageBreak/>
        <w:t>9</w:t>
      </w:r>
      <w:r w:rsidRPr="00960470">
        <w:rPr>
          <w:lang w:val="ru-RU"/>
        </w:rPr>
        <w:t>. Приложения к техническому предложению</w:t>
      </w:r>
    </w:p>
    <w:tbl>
      <w:tblPr>
        <w:tblW w:w="10611" w:type="dxa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654"/>
        <w:gridCol w:w="4270"/>
        <w:gridCol w:w="1414"/>
        <w:gridCol w:w="4273"/>
      </w:tblGrid>
      <w:tr w:rsidR="009A6D2A" w14:paraId="3BACE9B3" w14:textId="77777777" w:rsidTr="00EA3A0E">
        <w:trPr>
          <w:jc w:val="center"/>
        </w:trPr>
        <w:tc>
          <w:tcPr>
            <w:tcW w:w="65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BDF3AF" w14:textId="77777777" w:rsidR="009A6D2A" w:rsidRDefault="000733A1" w:rsidP="000E2279">
            <w:pPr>
              <w:spacing w:after="0"/>
            </w:pPr>
            <w:r>
              <w:rPr>
                <w:b/>
                <w:color w:val="FFFFFF"/>
                <w:sz w:val="17"/>
              </w:rPr>
              <w:t>№</w:t>
            </w:r>
          </w:p>
        </w:tc>
        <w:tc>
          <w:tcPr>
            <w:tcW w:w="427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3A7BAF" w14:textId="77777777" w:rsidR="009A6D2A" w:rsidRDefault="000733A1" w:rsidP="000E2279">
            <w:pPr>
              <w:spacing w:after="0"/>
            </w:pPr>
            <w:r>
              <w:rPr>
                <w:b/>
                <w:color w:val="FFFFFF"/>
                <w:sz w:val="17"/>
              </w:rPr>
              <w:t>Документ / приложение</w:t>
            </w:r>
          </w:p>
        </w:tc>
        <w:tc>
          <w:tcPr>
            <w:tcW w:w="141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A7ACC3" w14:textId="77777777" w:rsidR="009A6D2A" w:rsidRDefault="000733A1" w:rsidP="000E2279">
            <w:pPr>
              <w:spacing w:after="0"/>
            </w:pPr>
            <w:r>
              <w:rPr>
                <w:b/>
                <w:color w:val="FFFFFF"/>
                <w:sz w:val="17"/>
              </w:rPr>
              <w:t>Прилагается: Да / Нет</w:t>
            </w:r>
          </w:p>
        </w:tc>
        <w:tc>
          <w:tcPr>
            <w:tcW w:w="4273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9B738E" w14:textId="77777777" w:rsidR="009A6D2A" w:rsidRDefault="000733A1" w:rsidP="000E2279">
            <w:pPr>
              <w:spacing w:after="0"/>
            </w:pPr>
            <w:r>
              <w:rPr>
                <w:b/>
                <w:color w:val="FFFFFF"/>
                <w:sz w:val="17"/>
              </w:rPr>
              <w:t>Комментарии</w:t>
            </w:r>
          </w:p>
        </w:tc>
      </w:tr>
      <w:tr w:rsidR="00E666FE" w14:paraId="698C7341" w14:textId="77777777" w:rsidTr="00EA3A0E">
        <w:trPr>
          <w:jc w:val="center"/>
        </w:trPr>
        <w:tc>
          <w:tcPr>
            <w:tcW w:w="6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8E4D11" w14:textId="77777777" w:rsidR="00E666FE" w:rsidRDefault="00E666FE" w:rsidP="00E666FE">
            <w:pPr>
              <w:spacing w:after="0"/>
            </w:pPr>
            <w:r>
              <w:rPr>
                <w:sz w:val="17"/>
              </w:rPr>
              <w:t>1</w:t>
            </w:r>
          </w:p>
        </w:tc>
        <w:tc>
          <w:tcPr>
            <w:tcW w:w="42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2F8B99" w14:textId="77777777" w:rsidR="00E666FE" w:rsidRDefault="00E666FE" w:rsidP="00E666FE">
            <w:pPr>
              <w:spacing w:after="0"/>
            </w:pPr>
            <w:r>
              <w:rPr>
                <w:sz w:val="17"/>
              </w:rPr>
              <w:t>Регистрационные документы организации</w:t>
            </w:r>
          </w:p>
        </w:tc>
        <w:tc>
          <w:tcPr>
            <w:tcW w:w="141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0B4153" w14:textId="57500757" w:rsidR="00E666FE" w:rsidRDefault="00000000" w:rsidP="00E666FE">
            <w:pPr>
              <w:spacing w:after="0"/>
            </w:pPr>
            <w:sdt>
              <w:sdtPr>
                <w:rPr>
                  <w:sz w:val="17"/>
                  <w:lang w:val="ru-RU"/>
                </w:rPr>
                <w:id w:val="-117510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6FE" w:rsidRPr="00DA14C2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E666FE" w:rsidRPr="00DA14C2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205519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6FE" w:rsidRPr="00DA14C2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E666FE" w:rsidRPr="00DA14C2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427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D5F7B3" w14:textId="77777777" w:rsidR="00E666FE" w:rsidRDefault="00E666FE" w:rsidP="00E666FE">
            <w:pPr>
              <w:spacing w:after="0"/>
            </w:pPr>
          </w:p>
        </w:tc>
      </w:tr>
      <w:tr w:rsidR="00E666FE" w14:paraId="243ADF4F" w14:textId="77777777" w:rsidTr="00EA3A0E">
        <w:trPr>
          <w:jc w:val="center"/>
        </w:trPr>
        <w:tc>
          <w:tcPr>
            <w:tcW w:w="6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2E6DAA" w14:textId="77777777" w:rsidR="00E666FE" w:rsidRDefault="00E666FE" w:rsidP="00E666FE">
            <w:pPr>
              <w:spacing w:after="0"/>
            </w:pPr>
            <w:r>
              <w:rPr>
                <w:sz w:val="17"/>
              </w:rPr>
              <w:t>2</w:t>
            </w:r>
          </w:p>
        </w:tc>
        <w:tc>
          <w:tcPr>
            <w:tcW w:w="42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31DF90" w14:textId="77777777" w:rsidR="00E666FE" w:rsidRDefault="00E666FE" w:rsidP="00E666FE">
            <w:pPr>
              <w:spacing w:after="0"/>
            </w:pPr>
            <w:r>
              <w:rPr>
                <w:sz w:val="17"/>
              </w:rPr>
              <w:t>Портфолио аналогичных проектов</w:t>
            </w:r>
          </w:p>
        </w:tc>
        <w:tc>
          <w:tcPr>
            <w:tcW w:w="141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5A51C3" w14:textId="7F4BB63A" w:rsidR="00E666FE" w:rsidRDefault="00000000" w:rsidP="00E666FE">
            <w:pPr>
              <w:spacing w:after="0"/>
            </w:pPr>
            <w:sdt>
              <w:sdtPr>
                <w:rPr>
                  <w:sz w:val="17"/>
                  <w:lang w:val="ru-RU"/>
                </w:rPr>
                <w:id w:val="1751929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6FE" w:rsidRPr="00DA14C2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E666FE" w:rsidRPr="00DA14C2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-68543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6FE" w:rsidRPr="00DA14C2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E666FE" w:rsidRPr="00DA14C2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427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FF4D06" w14:textId="77777777" w:rsidR="00E666FE" w:rsidRDefault="00E666FE" w:rsidP="00E666FE">
            <w:pPr>
              <w:spacing w:after="0"/>
            </w:pPr>
          </w:p>
        </w:tc>
      </w:tr>
      <w:tr w:rsidR="00E666FE" w14:paraId="2117F2C7" w14:textId="77777777" w:rsidTr="00EA3A0E">
        <w:trPr>
          <w:jc w:val="center"/>
        </w:trPr>
        <w:tc>
          <w:tcPr>
            <w:tcW w:w="6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95A48F" w14:textId="77777777" w:rsidR="00E666FE" w:rsidRDefault="00E666FE" w:rsidP="00E666FE">
            <w:pPr>
              <w:spacing w:after="0"/>
            </w:pPr>
            <w:r>
              <w:rPr>
                <w:sz w:val="17"/>
              </w:rPr>
              <w:t>3</w:t>
            </w:r>
          </w:p>
        </w:tc>
        <w:tc>
          <w:tcPr>
            <w:tcW w:w="42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D6A0AB" w14:textId="77777777" w:rsidR="00E666FE" w:rsidRDefault="00E666FE" w:rsidP="00E666FE">
            <w:pPr>
              <w:spacing w:after="0"/>
            </w:pPr>
            <w:r>
              <w:rPr>
                <w:sz w:val="17"/>
              </w:rPr>
              <w:t>CV ключевых специалистов</w:t>
            </w:r>
          </w:p>
        </w:tc>
        <w:tc>
          <w:tcPr>
            <w:tcW w:w="141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DEAC19" w14:textId="57110C86" w:rsidR="00E666FE" w:rsidRDefault="00000000" w:rsidP="00E666FE">
            <w:pPr>
              <w:spacing w:after="0"/>
            </w:pPr>
            <w:sdt>
              <w:sdtPr>
                <w:rPr>
                  <w:sz w:val="17"/>
                  <w:lang w:val="ru-RU"/>
                </w:rPr>
                <w:id w:val="75848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6FE" w:rsidRPr="00DA14C2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E666FE" w:rsidRPr="00DA14C2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-22877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6FE" w:rsidRPr="00DA14C2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E666FE" w:rsidRPr="00DA14C2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427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7CF035" w14:textId="77777777" w:rsidR="00E666FE" w:rsidRDefault="00E666FE" w:rsidP="00E666FE">
            <w:pPr>
              <w:spacing w:after="0"/>
            </w:pPr>
          </w:p>
        </w:tc>
      </w:tr>
      <w:tr w:rsidR="00E666FE" w14:paraId="7AEE079B" w14:textId="77777777" w:rsidTr="00EA3A0E">
        <w:trPr>
          <w:jc w:val="center"/>
        </w:trPr>
        <w:tc>
          <w:tcPr>
            <w:tcW w:w="6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C987BF" w14:textId="77777777" w:rsidR="00E666FE" w:rsidRDefault="00E666FE" w:rsidP="00E666FE">
            <w:pPr>
              <w:spacing w:after="0"/>
            </w:pPr>
            <w:r>
              <w:rPr>
                <w:sz w:val="17"/>
              </w:rPr>
              <w:t>4</w:t>
            </w:r>
          </w:p>
        </w:tc>
        <w:tc>
          <w:tcPr>
            <w:tcW w:w="42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6980DC" w14:textId="77777777" w:rsidR="00E666FE" w:rsidRDefault="00E666FE" w:rsidP="00E666FE">
            <w:pPr>
              <w:spacing w:after="0"/>
            </w:pPr>
            <w:r>
              <w:rPr>
                <w:sz w:val="17"/>
              </w:rPr>
              <w:t>Примеры отчётов helpdesk / ticket-system</w:t>
            </w:r>
          </w:p>
        </w:tc>
        <w:tc>
          <w:tcPr>
            <w:tcW w:w="141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811C8F" w14:textId="005EDE1E" w:rsidR="00E666FE" w:rsidRDefault="00000000" w:rsidP="00E666FE">
            <w:pPr>
              <w:spacing w:after="0"/>
            </w:pPr>
            <w:sdt>
              <w:sdtPr>
                <w:rPr>
                  <w:sz w:val="17"/>
                  <w:lang w:val="ru-RU"/>
                </w:rPr>
                <w:id w:val="-200982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6FE" w:rsidRPr="00DA14C2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E666FE" w:rsidRPr="00DA14C2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102028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6FE" w:rsidRPr="00DA14C2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E666FE" w:rsidRPr="00DA14C2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427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319356" w14:textId="77777777" w:rsidR="00E666FE" w:rsidRDefault="00E666FE" w:rsidP="00E666FE">
            <w:pPr>
              <w:spacing w:after="0"/>
            </w:pPr>
          </w:p>
        </w:tc>
      </w:tr>
      <w:tr w:rsidR="00E666FE" w14:paraId="78661867" w14:textId="77777777" w:rsidTr="00EA3A0E">
        <w:trPr>
          <w:jc w:val="center"/>
        </w:trPr>
        <w:tc>
          <w:tcPr>
            <w:tcW w:w="6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A6BC73" w14:textId="77777777" w:rsidR="00E666FE" w:rsidRDefault="00E666FE" w:rsidP="00E666FE">
            <w:pPr>
              <w:spacing w:after="0"/>
            </w:pPr>
            <w:r>
              <w:rPr>
                <w:sz w:val="17"/>
              </w:rPr>
              <w:t>5</w:t>
            </w:r>
          </w:p>
        </w:tc>
        <w:tc>
          <w:tcPr>
            <w:tcW w:w="42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98340F" w14:textId="77777777" w:rsidR="00E666FE" w:rsidRDefault="00E666FE" w:rsidP="00E666FE">
            <w:pPr>
              <w:spacing w:after="0"/>
            </w:pPr>
            <w:r>
              <w:rPr>
                <w:sz w:val="17"/>
              </w:rPr>
              <w:t>Пример Git release / deployment process</w:t>
            </w:r>
          </w:p>
        </w:tc>
        <w:tc>
          <w:tcPr>
            <w:tcW w:w="141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120AB4" w14:textId="742540BF" w:rsidR="00E666FE" w:rsidRDefault="00000000" w:rsidP="00E666FE">
            <w:pPr>
              <w:spacing w:after="0"/>
            </w:pPr>
            <w:sdt>
              <w:sdtPr>
                <w:rPr>
                  <w:sz w:val="17"/>
                  <w:lang w:val="ru-RU"/>
                </w:rPr>
                <w:id w:val="-152732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6FE" w:rsidRPr="00DA14C2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E666FE" w:rsidRPr="00DA14C2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-29099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6FE" w:rsidRPr="00DA14C2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E666FE" w:rsidRPr="00DA14C2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427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315A67" w14:textId="77777777" w:rsidR="00E666FE" w:rsidRDefault="00E666FE" w:rsidP="00E666FE">
            <w:pPr>
              <w:spacing w:after="0"/>
            </w:pPr>
          </w:p>
        </w:tc>
      </w:tr>
      <w:tr w:rsidR="00E666FE" w:rsidRPr="004A0545" w14:paraId="361F4DAD" w14:textId="77777777" w:rsidTr="00EA3A0E">
        <w:trPr>
          <w:jc w:val="center"/>
        </w:trPr>
        <w:tc>
          <w:tcPr>
            <w:tcW w:w="6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C31256" w14:textId="77777777" w:rsidR="00E666FE" w:rsidRDefault="00E666FE" w:rsidP="00E666FE">
            <w:pPr>
              <w:spacing w:after="0"/>
            </w:pPr>
            <w:r>
              <w:rPr>
                <w:sz w:val="17"/>
              </w:rPr>
              <w:t>6</w:t>
            </w:r>
          </w:p>
        </w:tc>
        <w:tc>
          <w:tcPr>
            <w:tcW w:w="42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A3753C" w14:textId="77777777" w:rsidR="00E666FE" w:rsidRPr="00213727" w:rsidRDefault="00E666FE" w:rsidP="00E666FE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>Подписанная декларация об отсутствии конфликта интересов</w:t>
            </w:r>
          </w:p>
        </w:tc>
        <w:tc>
          <w:tcPr>
            <w:tcW w:w="141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D572B7" w14:textId="7732E66F" w:rsidR="00E666FE" w:rsidRPr="00213727" w:rsidRDefault="00000000" w:rsidP="00E666FE">
            <w:pPr>
              <w:spacing w:after="0"/>
              <w:rPr>
                <w:lang w:val="ru-RU"/>
              </w:rPr>
            </w:pPr>
            <w:sdt>
              <w:sdtPr>
                <w:rPr>
                  <w:sz w:val="17"/>
                  <w:lang w:val="ru-RU"/>
                </w:rPr>
                <w:id w:val="-146989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6FE" w:rsidRPr="00DA14C2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E666FE" w:rsidRPr="00DA14C2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-126546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6FE" w:rsidRPr="00DA14C2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E666FE" w:rsidRPr="00DA14C2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427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9E89F5" w14:textId="77777777" w:rsidR="00E666FE" w:rsidRPr="00213727" w:rsidRDefault="00E666FE" w:rsidP="00E666FE">
            <w:pPr>
              <w:spacing w:after="0"/>
              <w:rPr>
                <w:lang w:val="ru-RU"/>
              </w:rPr>
            </w:pPr>
          </w:p>
        </w:tc>
      </w:tr>
      <w:tr w:rsidR="00E666FE" w:rsidRPr="000733A1" w14:paraId="3FA1A5C6" w14:textId="77777777" w:rsidTr="00EA3A0E">
        <w:trPr>
          <w:jc w:val="center"/>
        </w:trPr>
        <w:tc>
          <w:tcPr>
            <w:tcW w:w="6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B10DD6" w14:textId="37616D41" w:rsidR="00E666FE" w:rsidRDefault="00E666FE" w:rsidP="00E666FE">
            <w:pPr>
              <w:spacing w:after="0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2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6C8B2E" w14:textId="41A45EED" w:rsidR="00E666FE" w:rsidRPr="000733A1" w:rsidRDefault="00E666FE" w:rsidP="00E666FE">
            <w:pPr>
              <w:spacing w:after="0"/>
              <w:rPr>
                <w:sz w:val="17"/>
              </w:rPr>
            </w:pPr>
            <w:r w:rsidRPr="000733A1">
              <w:rPr>
                <w:sz w:val="17"/>
                <w:lang w:val="ru-RU"/>
              </w:rPr>
              <w:t>Пример</w:t>
            </w:r>
            <w:r w:rsidRPr="000733A1">
              <w:rPr>
                <w:sz w:val="17"/>
              </w:rPr>
              <w:t xml:space="preserve"> </w:t>
            </w:r>
            <w:r w:rsidRPr="000733A1">
              <w:rPr>
                <w:sz w:val="17"/>
                <w:lang w:val="ru-RU"/>
              </w:rPr>
              <w:t>ежемесячного</w:t>
            </w:r>
            <w:r w:rsidRPr="000733A1">
              <w:rPr>
                <w:sz w:val="17"/>
              </w:rPr>
              <w:t xml:space="preserve"> SLA / Capacity Report</w:t>
            </w:r>
          </w:p>
        </w:tc>
        <w:tc>
          <w:tcPr>
            <w:tcW w:w="141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2445A5" w14:textId="594E4848" w:rsidR="00E666FE" w:rsidRPr="000733A1" w:rsidRDefault="00000000" w:rsidP="00E666FE">
            <w:pPr>
              <w:spacing w:after="0"/>
            </w:pPr>
            <w:sdt>
              <w:sdtPr>
                <w:rPr>
                  <w:sz w:val="17"/>
                  <w:lang w:val="ru-RU"/>
                </w:rPr>
                <w:id w:val="-3105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6FE" w:rsidRPr="00DA14C2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E666FE" w:rsidRPr="00DA14C2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129649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6FE" w:rsidRPr="00DA14C2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E666FE" w:rsidRPr="00DA14C2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427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908DEE" w14:textId="77777777" w:rsidR="00E666FE" w:rsidRPr="000733A1" w:rsidRDefault="00E666FE" w:rsidP="00E666FE">
            <w:pPr>
              <w:spacing w:after="0"/>
            </w:pPr>
          </w:p>
        </w:tc>
      </w:tr>
      <w:tr w:rsidR="00E666FE" w14:paraId="58AE912C" w14:textId="77777777" w:rsidTr="00EA3A0E">
        <w:trPr>
          <w:jc w:val="center"/>
        </w:trPr>
        <w:tc>
          <w:tcPr>
            <w:tcW w:w="6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F3BF3C" w14:textId="0716B670" w:rsidR="00E666FE" w:rsidRDefault="00E666FE" w:rsidP="00E666FE">
            <w:pPr>
              <w:spacing w:after="0"/>
            </w:pPr>
            <w:r>
              <w:t>8</w:t>
            </w:r>
          </w:p>
        </w:tc>
        <w:tc>
          <w:tcPr>
            <w:tcW w:w="42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FC5563" w14:textId="77777777" w:rsidR="00E666FE" w:rsidRDefault="00E666FE" w:rsidP="00E666FE">
            <w:pPr>
              <w:spacing w:after="0"/>
            </w:pPr>
            <w:r>
              <w:rPr>
                <w:sz w:val="17"/>
              </w:rPr>
              <w:t>Иные документы</w:t>
            </w:r>
          </w:p>
        </w:tc>
        <w:tc>
          <w:tcPr>
            <w:tcW w:w="141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6482B7" w14:textId="0049CF97" w:rsidR="00E666FE" w:rsidRDefault="00000000" w:rsidP="00E666FE">
            <w:pPr>
              <w:spacing w:after="0"/>
            </w:pPr>
            <w:sdt>
              <w:sdtPr>
                <w:rPr>
                  <w:sz w:val="17"/>
                  <w:lang w:val="ru-RU"/>
                </w:rPr>
                <w:id w:val="145012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6FE" w:rsidRPr="00DA14C2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E666FE" w:rsidRPr="00DA14C2">
              <w:rPr>
                <w:sz w:val="17"/>
                <w:lang w:val="ru-RU"/>
              </w:rPr>
              <w:t xml:space="preserve"> Да </w:t>
            </w:r>
            <w:sdt>
              <w:sdtPr>
                <w:rPr>
                  <w:sz w:val="17"/>
                  <w:lang w:val="ru-RU"/>
                </w:rPr>
                <w:id w:val="-195485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6FE" w:rsidRPr="00DA14C2">
                  <w:rPr>
                    <w:rFonts w:ascii="Segoe UI Symbol" w:hAnsi="Segoe UI Symbol" w:cs="Segoe UI Symbol"/>
                    <w:sz w:val="17"/>
                    <w:lang w:val="ru-RU"/>
                  </w:rPr>
                  <w:t>☐</w:t>
                </w:r>
              </w:sdtContent>
            </w:sdt>
            <w:r w:rsidR="00E666FE" w:rsidRPr="00DA14C2">
              <w:rPr>
                <w:sz w:val="17"/>
                <w:lang w:val="ru-RU"/>
              </w:rPr>
              <w:t xml:space="preserve"> Нет</w:t>
            </w:r>
          </w:p>
        </w:tc>
        <w:tc>
          <w:tcPr>
            <w:tcW w:w="427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F798D1" w14:textId="77777777" w:rsidR="00E666FE" w:rsidRDefault="00E666FE" w:rsidP="00E666FE">
            <w:pPr>
              <w:spacing w:after="0"/>
            </w:pPr>
          </w:p>
        </w:tc>
      </w:tr>
    </w:tbl>
    <w:p w14:paraId="04561F62" w14:textId="77777777" w:rsidR="009A6D2A" w:rsidRDefault="000733A1">
      <w:pPr>
        <w:pStyle w:val="Heading1"/>
      </w:pPr>
      <w:proofErr w:type="spellStart"/>
      <w:r>
        <w:t>Подтверждение</w:t>
      </w:r>
      <w:proofErr w:type="spellEnd"/>
      <w:r>
        <w:t xml:space="preserve"> и </w:t>
      </w:r>
      <w:proofErr w:type="spellStart"/>
      <w:r>
        <w:t>подпись</w:t>
      </w:r>
      <w:proofErr w:type="spellEnd"/>
      <w:r>
        <w:t xml:space="preserve"> </w:t>
      </w:r>
      <w:proofErr w:type="spellStart"/>
      <w:r>
        <w:t>участника</w:t>
      </w:r>
      <w:proofErr w:type="spellEnd"/>
    </w:p>
    <w:tbl>
      <w:tblPr>
        <w:tblW w:w="10591" w:type="dxa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4638"/>
        <w:gridCol w:w="5953"/>
      </w:tblGrid>
      <w:tr w:rsidR="009A6D2A" w14:paraId="03FD7A49" w14:textId="77777777" w:rsidTr="00EA3A0E">
        <w:trPr>
          <w:jc w:val="center"/>
        </w:trPr>
        <w:tc>
          <w:tcPr>
            <w:tcW w:w="4638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FE9331" w14:textId="77777777" w:rsidR="009A6D2A" w:rsidRDefault="000733A1" w:rsidP="00AC19DD">
            <w:pPr>
              <w:spacing w:after="0"/>
            </w:pPr>
            <w:proofErr w:type="spellStart"/>
            <w:r>
              <w:rPr>
                <w:b/>
                <w:color w:val="FFFFFF"/>
                <w:sz w:val="17"/>
              </w:rPr>
              <w:t>Поле</w:t>
            </w:r>
            <w:proofErr w:type="spellEnd"/>
          </w:p>
        </w:tc>
        <w:tc>
          <w:tcPr>
            <w:tcW w:w="5953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61BF88" w14:textId="77777777" w:rsidR="009A6D2A" w:rsidRDefault="000733A1" w:rsidP="00AC19DD">
            <w:pPr>
              <w:spacing w:after="0"/>
            </w:pPr>
            <w:r>
              <w:rPr>
                <w:b/>
                <w:color w:val="FFFFFF"/>
                <w:sz w:val="17"/>
              </w:rPr>
              <w:t>Заполняется участником</w:t>
            </w:r>
          </w:p>
        </w:tc>
      </w:tr>
      <w:tr w:rsidR="009A6D2A" w14:paraId="40992981" w14:textId="77777777" w:rsidTr="00EA3A0E">
        <w:trPr>
          <w:jc w:val="center"/>
        </w:trPr>
        <w:tc>
          <w:tcPr>
            <w:tcW w:w="46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48E6A3" w14:textId="77777777" w:rsidR="009A6D2A" w:rsidRDefault="000733A1" w:rsidP="00AC19DD">
            <w:pPr>
              <w:spacing w:after="0"/>
            </w:pPr>
            <w:r>
              <w:rPr>
                <w:sz w:val="17"/>
              </w:rPr>
              <w:t>Уполномоченный представитель</w:t>
            </w:r>
          </w:p>
        </w:tc>
        <w:tc>
          <w:tcPr>
            <w:tcW w:w="595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C4C3D2" w14:textId="77777777" w:rsidR="009A6D2A" w:rsidRDefault="009A6D2A" w:rsidP="00AC19DD">
            <w:pPr>
              <w:spacing w:after="0"/>
            </w:pPr>
          </w:p>
        </w:tc>
      </w:tr>
      <w:tr w:rsidR="009A6D2A" w14:paraId="43FD6242" w14:textId="77777777" w:rsidTr="00EA3A0E">
        <w:trPr>
          <w:jc w:val="center"/>
        </w:trPr>
        <w:tc>
          <w:tcPr>
            <w:tcW w:w="46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DA0803" w14:textId="77777777" w:rsidR="009A6D2A" w:rsidRDefault="000733A1" w:rsidP="00AC19DD">
            <w:pPr>
              <w:spacing w:after="0"/>
            </w:pPr>
            <w:r>
              <w:rPr>
                <w:sz w:val="17"/>
              </w:rPr>
              <w:t>Должность</w:t>
            </w:r>
          </w:p>
        </w:tc>
        <w:tc>
          <w:tcPr>
            <w:tcW w:w="595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72463D" w14:textId="77777777" w:rsidR="009A6D2A" w:rsidRDefault="009A6D2A" w:rsidP="00AC19DD">
            <w:pPr>
              <w:spacing w:after="0"/>
            </w:pPr>
          </w:p>
        </w:tc>
      </w:tr>
      <w:tr w:rsidR="009A6D2A" w14:paraId="7DBF9D3D" w14:textId="77777777" w:rsidTr="00EA3A0E">
        <w:trPr>
          <w:jc w:val="center"/>
        </w:trPr>
        <w:tc>
          <w:tcPr>
            <w:tcW w:w="46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AF5E7B" w14:textId="77777777" w:rsidR="009A6D2A" w:rsidRDefault="000733A1" w:rsidP="00AC19DD">
            <w:pPr>
              <w:spacing w:after="0"/>
            </w:pPr>
            <w:r>
              <w:rPr>
                <w:sz w:val="17"/>
              </w:rPr>
              <w:t>Организация</w:t>
            </w:r>
          </w:p>
        </w:tc>
        <w:tc>
          <w:tcPr>
            <w:tcW w:w="595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C89316" w14:textId="77777777" w:rsidR="009A6D2A" w:rsidRDefault="009A6D2A" w:rsidP="00AC19DD">
            <w:pPr>
              <w:spacing w:after="0"/>
            </w:pPr>
          </w:p>
        </w:tc>
      </w:tr>
      <w:tr w:rsidR="009A6D2A" w:rsidRPr="00577C2F" w14:paraId="52CBE009" w14:textId="77777777" w:rsidTr="00EA3A0E">
        <w:trPr>
          <w:jc w:val="center"/>
        </w:trPr>
        <w:tc>
          <w:tcPr>
            <w:tcW w:w="46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001CBB" w14:textId="77777777" w:rsidR="009A6D2A" w:rsidRPr="00213727" w:rsidRDefault="000733A1" w:rsidP="00AC19DD">
            <w:pPr>
              <w:spacing w:after="0"/>
              <w:rPr>
                <w:lang w:val="ru-RU"/>
              </w:rPr>
            </w:pPr>
            <w:r w:rsidRPr="00213727">
              <w:rPr>
                <w:sz w:val="17"/>
                <w:lang w:val="ru-RU"/>
              </w:rPr>
              <w:t>Подпись и печать при наличии</w:t>
            </w:r>
          </w:p>
        </w:tc>
        <w:tc>
          <w:tcPr>
            <w:tcW w:w="595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5AF73F" w14:textId="77777777" w:rsidR="009A6D2A" w:rsidRPr="00213727" w:rsidRDefault="009A6D2A" w:rsidP="00AC19DD">
            <w:pPr>
              <w:spacing w:after="0"/>
              <w:rPr>
                <w:lang w:val="ru-RU"/>
              </w:rPr>
            </w:pPr>
          </w:p>
        </w:tc>
      </w:tr>
      <w:tr w:rsidR="009A6D2A" w14:paraId="4DFF1264" w14:textId="77777777" w:rsidTr="00EA3A0E">
        <w:trPr>
          <w:jc w:val="center"/>
        </w:trPr>
        <w:tc>
          <w:tcPr>
            <w:tcW w:w="46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5EA34A" w14:textId="77777777" w:rsidR="009A6D2A" w:rsidRDefault="000733A1" w:rsidP="00AC19DD">
            <w:pPr>
              <w:spacing w:after="0"/>
            </w:pPr>
            <w:proofErr w:type="spellStart"/>
            <w:r>
              <w:rPr>
                <w:sz w:val="17"/>
              </w:rPr>
              <w:t>Дата</w:t>
            </w:r>
            <w:proofErr w:type="spellEnd"/>
          </w:p>
        </w:tc>
        <w:tc>
          <w:tcPr>
            <w:tcW w:w="595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AB4EE9" w14:textId="77777777" w:rsidR="009A6D2A" w:rsidRDefault="009A6D2A" w:rsidP="00AC19DD">
            <w:pPr>
              <w:spacing w:after="0"/>
            </w:pPr>
          </w:p>
        </w:tc>
      </w:tr>
    </w:tbl>
    <w:p w14:paraId="4D7166AF" w14:textId="77777777" w:rsidR="009A6D2A" w:rsidRDefault="009A6D2A"/>
    <w:sectPr w:rsidR="009A6D2A" w:rsidSect="000F128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568" w:right="1008" w:bottom="936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C9E6D" w14:textId="77777777" w:rsidR="00561A32" w:rsidRDefault="00561A32">
      <w:pPr>
        <w:spacing w:after="0" w:line="240" w:lineRule="auto"/>
      </w:pPr>
      <w:r>
        <w:separator/>
      </w:r>
    </w:p>
  </w:endnote>
  <w:endnote w:type="continuationSeparator" w:id="0">
    <w:p w14:paraId="47EA6D98" w14:textId="77777777" w:rsidR="00561A32" w:rsidRDefault="0056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9447D" w14:textId="77777777" w:rsidR="00815EEA" w:rsidRDefault="00815E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49051" w14:textId="40641E0C" w:rsidR="009A6D2A" w:rsidRPr="004A42ED" w:rsidRDefault="000733A1" w:rsidP="004A42ED">
    <w:pPr>
      <w:pStyle w:val="Footer"/>
      <w:jc w:val="center"/>
      <w:rPr>
        <w:color w:val="666666"/>
        <w:sz w:val="16"/>
        <w:lang w:val="ru-RU"/>
      </w:rPr>
    </w:pPr>
    <w:r>
      <w:rPr>
        <w:color w:val="666666"/>
        <w:sz w:val="16"/>
      </w:rPr>
      <w:t>UNICEF</w:t>
    </w:r>
    <w:r w:rsidRPr="00945E2E">
      <w:rPr>
        <w:color w:val="666666"/>
        <w:sz w:val="16"/>
        <w:lang w:val="ru-RU"/>
      </w:rPr>
      <w:t xml:space="preserve"> </w:t>
    </w:r>
    <w:r>
      <w:rPr>
        <w:color w:val="666666"/>
        <w:sz w:val="16"/>
      </w:rPr>
      <w:t>Belarus</w:t>
    </w:r>
    <w:r w:rsidRPr="00945E2E">
      <w:rPr>
        <w:color w:val="666666"/>
        <w:sz w:val="16"/>
        <w:lang w:val="ru-RU"/>
      </w:rPr>
      <w:t xml:space="preserve"> </w:t>
    </w:r>
    <w:r>
      <w:rPr>
        <w:color w:val="666666"/>
        <w:sz w:val="16"/>
      </w:rPr>
      <w:t>CO</w:t>
    </w:r>
    <w:r w:rsidRPr="00945E2E">
      <w:rPr>
        <w:color w:val="666666"/>
        <w:sz w:val="16"/>
        <w:lang w:val="ru-RU"/>
      </w:rPr>
      <w:t xml:space="preserve"> |</w:t>
    </w:r>
    <w:r w:rsidR="00945E2E">
      <w:rPr>
        <w:color w:val="666666"/>
        <w:sz w:val="16"/>
        <w:lang w:val="ru-RU"/>
      </w:rPr>
      <w:t xml:space="preserve"> Форма</w:t>
    </w:r>
    <w:r w:rsidRPr="00945E2E">
      <w:rPr>
        <w:color w:val="666666"/>
        <w:sz w:val="16"/>
        <w:lang w:val="ru-RU"/>
      </w:rPr>
      <w:t xml:space="preserve"> </w:t>
    </w:r>
    <w:r w:rsidR="00945E2E">
      <w:rPr>
        <w:color w:val="666666"/>
        <w:sz w:val="16"/>
        <w:lang w:val="ru-RU"/>
      </w:rPr>
      <w:t>технического предложения</w:t>
    </w:r>
    <w:r w:rsidR="00207049">
      <w:rPr>
        <w:color w:val="666666"/>
        <w:sz w:val="16"/>
        <w:lang w:val="ru-RU"/>
      </w:rPr>
      <w:t xml:space="preserve"> </w:t>
    </w:r>
    <w:r w:rsidR="00902BF3" w:rsidRPr="00D56383">
      <w:rPr>
        <w:color w:val="666666"/>
        <w:sz w:val="16"/>
        <w:szCs w:val="16"/>
        <w:lang w:val="ru-RU"/>
      </w:rPr>
      <w:fldChar w:fldCharType="begin"/>
    </w:r>
    <w:r w:rsidR="00902BF3" w:rsidRPr="00D56383">
      <w:rPr>
        <w:color w:val="666666"/>
        <w:sz w:val="16"/>
        <w:szCs w:val="16"/>
        <w:lang w:val="ru-RU"/>
      </w:rPr>
      <w:instrText xml:space="preserve"> REF LRFQ </w:instrText>
    </w:r>
    <w:r w:rsidR="00821140" w:rsidRPr="00D56383">
      <w:rPr>
        <w:color w:val="666666"/>
        <w:sz w:val="16"/>
        <w:szCs w:val="16"/>
        <w:lang w:val="ru-RU"/>
      </w:rPr>
      <w:instrText xml:space="preserve"> \* MERGEFORMAT </w:instrText>
    </w:r>
    <w:r w:rsidR="00902BF3" w:rsidRPr="00D56383">
      <w:rPr>
        <w:color w:val="666666"/>
        <w:sz w:val="16"/>
        <w:szCs w:val="16"/>
        <w:lang w:val="ru-RU"/>
      </w:rPr>
      <w:fldChar w:fldCharType="separate"/>
    </w:r>
    <w:r w:rsidR="00815EEA" w:rsidRPr="00815EEA">
      <w:rPr>
        <w:sz w:val="16"/>
        <w:szCs w:val="16"/>
      </w:rPr>
      <w:t>LRFQ-2026-</w:t>
    </w:r>
    <w:r w:rsidR="00815EEA" w:rsidRPr="00815EEA">
      <w:rPr>
        <w:sz w:val="16"/>
        <w:szCs w:val="16"/>
      </w:rPr>
      <w:t>9205644</w:t>
    </w:r>
    <w:r w:rsidR="00902BF3" w:rsidRPr="00D56383">
      <w:rPr>
        <w:color w:val="666666"/>
        <w:sz w:val="16"/>
        <w:szCs w:val="16"/>
        <w:lang w:val="ru-RU"/>
      </w:rPr>
      <w:fldChar w:fldCharType="end"/>
    </w:r>
    <w:r w:rsidR="00207049" w:rsidRPr="00207049">
      <w:rPr>
        <w:color w:val="666666"/>
        <w:sz w:val="16"/>
        <w:lang w:val="ru-RU"/>
      </w:rPr>
      <w:t xml:space="preserve"> </w:t>
    </w:r>
    <w:r w:rsidRPr="00945E2E">
      <w:rPr>
        <w:color w:val="666666"/>
        <w:sz w:val="16"/>
        <w:lang w:val="ru-RU"/>
      </w:rPr>
      <w:t xml:space="preserve">| </w:t>
    </w:r>
    <w:r>
      <w:rPr>
        <w:color w:val="666666"/>
        <w:sz w:val="16"/>
      </w:rPr>
      <w:t>Page</w:t>
    </w:r>
    <w:r w:rsidRPr="00945E2E">
      <w:rPr>
        <w:color w:val="666666"/>
        <w:sz w:val="16"/>
        <w:lang w:val="ru-RU"/>
      </w:rPr>
      <w:t xml:space="preserve"> </w:t>
    </w:r>
    <w:r>
      <w:fldChar w:fldCharType="begin"/>
    </w:r>
    <w:r>
      <w:instrText>PAGE</w:instrText>
    </w:r>
    <w:r>
      <w:fldChar w:fldCharType="separate"/>
    </w:r>
    <w:r w:rsidR="00213727" w:rsidRPr="00945E2E">
      <w:rPr>
        <w:noProof/>
        <w:lang w:val="ru-RU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FA333" w14:textId="4B1383E6" w:rsidR="00400ED2" w:rsidRDefault="000129BF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6B7ECF7" wp14:editId="3EEE8FFA">
          <wp:simplePos x="0" y="0"/>
          <wp:positionH relativeFrom="column">
            <wp:posOffset>-638175</wp:posOffset>
          </wp:positionH>
          <wp:positionV relativeFrom="paragraph">
            <wp:posOffset>-505460</wp:posOffset>
          </wp:positionV>
          <wp:extent cx="7528556" cy="1072616"/>
          <wp:effectExtent l="0" t="0" r="3175" b="0"/>
          <wp:wrapNone/>
          <wp:docPr id="20" name="Pictur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8556" cy="10726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3F613" w14:textId="77777777" w:rsidR="00561A32" w:rsidRDefault="00561A32">
      <w:pPr>
        <w:spacing w:after="0" w:line="240" w:lineRule="auto"/>
      </w:pPr>
      <w:r>
        <w:separator/>
      </w:r>
    </w:p>
  </w:footnote>
  <w:footnote w:type="continuationSeparator" w:id="0">
    <w:p w14:paraId="51661586" w14:textId="77777777" w:rsidR="00561A32" w:rsidRDefault="00561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2A345" w14:textId="77777777" w:rsidR="00815EEA" w:rsidRDefault="00815E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5633" w14:textId="77777777" w:rsidR="00815EEA" w:rsidRDefault="00815E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7A136" w14:textId="40CBD5E7" w:rsidR="00400ED2" w:rsidRDefault="00400ED2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6D9D3A9" wp14:editId="4C8A30B7">
          <wp:simplePos x="0" y="0"/>
          <wp:positionH relativeFrom="margin">
            <wp:posOffset>5334000</wp:posOffset>
          </wp:positionH>
          <wp:positionV relativeFrom="paragraph">
            <wp:posOffset>-209550</wp:posOffset>
          </wp:positionV>
          <wp:extent cx="1157995" cy="619125"/>
          <wp:effectExtent l="0" t="0" r="4445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799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2205739">
    <w:abstractNumId w:val="8"/>
  </w:num>
  <w:num w:numId="2" w16cid:durableId="694307075">
    <w:abstractNumId w:val="6"/>
  </w:num>
  <w:num w:numId="3" w16cid:durableId="1575359703">
    <w:abstractNumId w:val="5"/>
  </w:num>
  <w:num w:numId="4" w16cid:durableId="305664629">
    <w:abstractNumId w:val="4"/>
  </w:num>
  <w:num w:numId="5" w16cid:durableId="1257908918">
    <w:abstractNumId w:val="7"/>
  </w:num>
  <w:num w:numId="6" w16cid:durableId="982732698">
    <w:abstractNumId w:val="3"/>
  </w:num>
  <w:num w:numId="7" w16cid:durableId="474183635">
    <w:abstractNumId w:val="2"/>
  </w:num>
  <w:num w:numId="8" w16cid:durableId="1826164741">
    <w:abstractNumId w:val="1"/>
  </w:num>
  <w:num w:numId="9" w16cid:durableId="384377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9BF"/>
    <w:rsid w:val="00015AD5"/>
    <w:rsid w:val="00034616"/>
    <w:rsid w:val="00034FE6"/>
    <w:rsid w:val="0006063C"/>
    <w:rsid w:val="00067AE3"/>
    <w:rsid w:val="000733A1"/>
    <w:rsid w:val="00076263"/>
    <w:rsid w:val="000A3C71"/>
    <w:rsid w:val="000B0DA4"/>
    <w:rsid w:val="000E2279"/>
    <w:rsid w:val="000F1285"/>
    <w:rsid w:val="00102F72"/>
    <w:rsid w:val="001050A6"/>
    <w:rsid w:val="0015074B"/>
    <w:rsid w:val="00150A94"/>
    <w:rsid w:val="001706A0"/>
    <w:rsid w:val="0019290B"/>
    <w:rsid w:val="00193CE5"/>
    <w:rsid w:val="0019412D"/>
    <w:rsid w:val="001A6B45"/>
    <w:rsid w:val="001F4EDD"/>
    <w:rsid w:val="00204CC6"/>
    <w:rsid w:val="00207049"/>
    <w:rsid w:val="00210B32"/>
    <w:rsid w:val="00213727"/>
    <w:rsid w:val="00243587"/>
    <w:rsid w:val="0025681D"/>
    <w:rsid w:val="0026373F"/>
    <w:rsid w:val="00265C67"/>
    <w:rsid w:val="0029639D"/>
    <w:rsid w:val="002975B1"/>
    <w:rsid w:val="002B3339"/>
    <w:rsid w:val="002F58E8"/>
    <w:rsid w:val="003110F4"/>
    <w:rsid w:val="00326F90"/>
    <w:rsid w:val="00332261"/>
    <w:rsid w:val="00357809"/>
    <w:rsid w:val="00360601"/>
    <w:rsid w:val="0038699F"/>
    <w:rsid w:val="003E07E7"/>
    <w:rsid w:val="00400ED2"/>
    <w:rsid w:val="004531FB"/>
    <w:rsid w:val="004551A1"/>
    <w:rsid w:val="00457FAF"/>
    <w:rsid w:val="00461B71"/>
    <w:rsid w:val="004A0545"/>
    <w:rsid w:val="004A42ED"/>
    <w:rsid w:val="004A6684"/>
    <w:rsid w:val="00561A32"/>
    <w:rsid w:val="00574748"/>
    <w:rsid w:val="00577C2F"/>
    <w:rsid w:val="005A0DBB"/>
    <w:rsid w:val="005A39EA"/>
    <w:rsid w:val="005C1683"/>
    <w:rsid w:val="005D4E6F"/>
    <w:rsid w:val="005E3315"/>
    <w:rsid w:val="006053C1"/>
    <w:rsid w:val="00630C04"/>
    <w:rsid w:val="00642D7E"/>
    <w:rsid w:val="0066401A"/>
    <w:rsid w:val="0067579E"/>
    <w:rsid w:val="00684B70"/>
    <w:rsid w:val="006858A7"/>
    <w:rsid w:val="006B38E9"/>
    <w:rsid w:val="00791ECC"/>
    <w:rsid w:val="00793862"/>
    <w:rsid w:val="00795C44"/>
    <w:rsid w:val="007F1AEE"/>
    <w:rsid w:val="007F4AA3"/>
    <w:rsid w:val="00804B25"/>
    <w:rsid w:val="00815EEA"/>
    <w:rsid w:val="00821140"/>
    <w:rsid w:val="0084719C"/>
    <w:rsid w:val="0086222E"/>
    <w:rsid w:val="008B42B1"/>
    <w:rsid w:val="008B4407"/>
    <w:rsid w:val="00902BF3"/>
    <w:rsid w:val="00921226"/>
    <w:rsid w:val="00942501"/>
    <w:rsid w:val="00945E2E"/>
    <w:rsid w:val="00951800"/>
    <w:rsid w:val="00951B4C"/>
    <w:rsid w:val="00960470"/>
    <w:rsid w:val="00987E16"/>
    <w:rsid w:val="00992C29"/>
    <w:rsid w:val="009962AE"/>
    <w:rsid w:val="009A6D2A"/>
    <w:rsid w:val="009C4C74"/>
    <w:rsid w:val="009F5329"/>
    <w:rsid w:val="00A85EC6"/>
    <w:rsid w:val="00AA1D8D"/>
    <w:rsid w:val="00AB42EC"/>
    <w:rsid w:val="00AC19DD"/>
    <w:rsid w:val="00AE60A8"/>
    <w:rsid w:val="00B014FF"/>
    <w:rsid w:val="00B47730"/>
    <w:rsid w:val="00B53ED8"/>
    <w:rsid w:val="00B7730E"/>
    <w:rsid w:val="00BB41A2"/>
    <w:rsid w:val="00BC4726"/>
    <w:rsid w:val="00BD6453"/>
    <w:rsid w:val="00BF006D"/>
    <w:rsid w:val="00BF4D9A"/>
    <w:rsid w:val="00C152D0"/>
    <w:rsid w:val="00C34566"/>
    <w:rsid w:val="00C53D36"/>
    <w:rsid w:val="00C6474C"/>
    <w:rsid w:val="00C76F6F"/>
    <w:rsid w:val="00C96DFF"/>
    <w:rsid w:val="00CB0664"/>
    <w:rsid w:val="00D16529"/>
    <w:rsid w:val="00D315FE"/>
    <w:rsid w:val="00D56383"/>
    <w:rsid w:val="00DA5BE2"/>
    <w:rsid w:val="00DC49D9"/>
    <w:rsid w:val="00DD4DF8"/>
    <w:rsid w:val="00DF0FC6"/>
    <w:rsid w:val="00E00DFA"/>
    <w:rsid w:val="00E0186D"/>
    <w:rsid w:val="00E666FE"/>
    <w:rsid w:val="00EA3A0E"/>
    <w:rsid w:val="00ED1C2F"/>
    <w:rsid w:val="00F80FB0"/>
    <w:rsid w:val="00F86E0D"/>
    <w:rsid w:val="00FC693F"/>
    <w:rsid w:val="00FD3AFC"/>
    <w:rsid w:val="00FE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531C19F9-8F8B-4D43-BA5C-CC3A1FAA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70C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3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2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6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ungm.org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1C5FF0F3356326418989988EDD6036EC" ma:contentTypeVersion="34" ma:contentTypeDescription="" ma:contentTypeScope="" ma:versionID="74af2d221042874e74d5cc382528c73b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edfc6a7b-b5b5-47be-937c-5d9bcfb9719a" xmlns:ns4="http://schemas.microsoft.com/sharepoint/v4" xmlns:ns5="c11dd348-d303-4953-9662-65877b951084" targetNamespace="http://schemas.microsoft.com/office/2006/metadata/properties" ma:root="true" ma:fieldsID="44ba33f5787639a35663e1e4ba6f2ca9" ns1:_="" ns2:_="" ns3:_="" ns4:_="" ns5:_="">
    <xsd:import namespace="http://schemas.microsoft.com/sharepoint/v3"/>
    <xsd:import namespace="ca283e0b-db31-4043-a2ef-b80661bf084a"/>
    <xsd:import namespace="edfc6a7b-b5b5-47be-937c-5d9bcfb9719a"/>
    <xsd:import namespace="http://schemas.microsoft.com/sharepoint/v4"/>
    <xsd:import namespace="c11dd348-d303-4953-9662-65877b951084"/>
    <xsd:element name="properties">
      <xsd:complexType>
        <xsd:sequence>
          <xsd:element name="documentManagement">
            <xsd:complexType>
              <xsd:all>
                <xsd:element ref="ns2:ContentLanguage" minOccurs="0"/>
                <xsd:element ref="ns2:h6a71f3e574e4344bc34f3fc9dd20054" minOccurs="0"/>
                <xsd:element ref="ns3:_dlc_DocId" minOccurs="0"/>
                <xsd:element ref="ns3:_dlc_DocIdUrl" minOccurs="0"/>
                <xsd:element ref="ns2:ga975397408f43e4b84ec8e5a598e523" minOccurs="0"/>
                <xsd:element ref="ns3:_dlc_DocIdPersistId" minOccurs="0"/>
                <xsd:element ref="ns3:mda26ace941f4791a7314a339fee829c" minOccurs="0"/>
                <xsd:element ref="ns3:j169e817e0ee4eb8974e6fc4a2762909" minOccurs="0"/>
                <xsd:element ref="ns2:TaxCatchAll" minOccurs="0"/>
                <xsd:element ref="ns3:j048a4f9aaad4a8990a1d5e5f53cb451" minOccurs="0"/>
                <xsd:element ref="ns2:TaxCatchAllLabel" minOccurs="0"/>
                <xsd:element ref="ns3:TaxKeywordTaxHTField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3:SharedWithUsers" minOccurs="0"/>
                <xsd:element ref="ns3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SearchProperties" minOccurs="0"/>
                <xsd:element ref="ns5:MediaLengthInSeconds" minOccurs="0"/>
                <xsd:element ref="ns5:MediaServiceLocation" minOccurs="0"/>
                <xsd:element ref="ns5:Num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ContentLanguage" ma:index="3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h6a71f3e574e4344bc34f3fc9dd20054" ma:index="14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7" nillable="true" ma:taxonomy="true" ma:internalName="ga975397408f43e4b84ec8e5a598e523" ma:taxonomyFieldName="OfficeDivision" ma:displayName="Office/Division *" ma:default="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4bfdc5a8-664d-4d77-bb7f-4f89b80e98a1}" ma:internalName="TaxCatchAll" ma:showField="CatchAllData" ma:web="edfc6a7b-b5b5-47be-937c-5d9bcfb97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4bfdc5a8-664d-4d77-bb7f-4f89b80e98a1}" ma:internalName="TaxCatchAllLabel" ma:readOnly="true" ma:showField="CatchAllDataLabel" ma:web="edfc6a7b-b5b5-47be-937c-5d9bcfb97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c6a7b-b5b5-47be-937c-5d9bcfb9719a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da26ace941f4791a7314a339fee829c" ma:index="19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69e817e0ee4eb8974e6fc4a2762909" ma:index="20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2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dd348-d303-4953-9662-65877b951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  <xsd:element name="Num" ma:index="43" nillable="true" ma:displayName="Num" ma:internalName="Num">
      <xsd:simpleType>
        <xsd:restriction base="dms:Number"/>
      </xsd:simpleType>
    </xsd:element>
    <xsd:element name="MediaServiceBillingMetadata" ma:index="4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da26ace941f4791a7314a339fee829c xmlns="edfc6a7b-b5b5-47be-937c-5d9bcfb9719a">
      <Terms xmlns="http://schemas.microsoft.com/office/infopath/2007/PartnerControls"/>
    </mda26ace941f4791a7314a339fee829c>
    <TaxCatchAll xmlns="ca283e0b-db31-4043-a2ef-b80661bf084a" xsi:nil="true"/>
    <ga975397408f43e4b84ec8e5a598e523 xmlns="ca283e0b-db31-4043-a2ef-b80661bf084a">
      <Terms xmlns="http://schemas.microsoft.com/office/infopath/2007/PartnerControls"/>
    </ga975397408f43e4b84ec8e5a598e523>
    <Num xmlns="c11dd348-d303-4953-9662-65877b951084" xsi:nil="true"/>
    <IconOverlay xmlns="http://schemas.microsoft.com/sharepoint/v4" xsi:nil="true"/>
    <j169e817e0ee4eb8974e6fc4a2762909 xmlns="edfc6a7b-b5b5-47be-937c-5d9bcfb9719a">
      <Terms xmlns="http://schemas.microsoft.com/office/infopath/2007/PartnerControls"/>
    </j169e817e0ee4eb8974e6fc4a2762909>
    <ContentLanguage xmlns="ca283e0b-db31-4043-a2ef-b80661bf084a">English</ContentLanguage>
    <h6a71f3e574e4344bc34f3fc9dd20054 xmlns="ca283e0b-db31-4043-a2ef-b80661bf084a">
      <Terms xmlns="http://schemas.microsoft.com/office/infopath/2007/PartnerControls"/>
    </h6a71f3e574e4344bc34f3fc9dd20054>
    <TaxKeywordTaxHTField xmlns="edfc6a7b-b5b5-47be-937c-5d9bcfb9719a">
      <Terms xmlns="http://schemas.microsoft.com/office/infopath/2007/PartnerControls"/>
    </TaxKeywordTaxHTField>
    <lcf76f155ced4ddcb4097134ff3c332f xmlns="c11dd348-d303-4953-9662-65877b951084">
      <Terms xmlns="http://schemas.microsoft.com/office/infopath/2007/PartnerControls"/>
    </lcf76f155ced4ddcb4097134ff3c332f>
    <j048a4f9aaad4a8990a1d5e5f53cb451 xmlns="edfc6a7b-b5b5-47be-937c-5d9bcfb9719a">
      <Terms xmlns="http://schemas.microsoft.com/office/infopath/2007/PartnerControls"/>
    </j048a4f9aaad4a8990a1d5e5f53cb451>
    <_dlc_DocId xmlns="edfc6a7b-b5b5-47be-937c-5d9bcfb9719a">ZD5N6DVYEVA6-24314826-17304</_dlc_DocId>
    <_dlc_DocIdUrl xmlns="edfc6a7b-b5b5-47be-937c-5d9bcfb9719a">
      <Url>https://unicef.sharepoint.com/teams/ECAR-Belarus/_layouts/15/DocIdRedir.aspx?ID=ZD5N6DVYEVA6-24314826-17304</Url>
      <Description>ZD5N6DVYEVA6-24314826-17304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E754BA6-6666-4B63-8F1B-4F43BE0EE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edfc6a7b-b5b5-47be-937c-5d9bcfb9719a"/>
    <ds:schemaRef ds:uri="http://schemas.microsoft.com/sharepoint/v4"/>
    <ds:schemaRef ds:uri="c11dd348-d303-4953-9662-65877b951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7EE6D8-C6A2-4C87-96D2-2CA5EC30F1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284528-3D2A-4267-B2CF-0A70CE96B90C}">
  <ds:schemaRefs>
    <ds:schemaRef ds:uri="http://schemas.microsoft.com/office/2006/metadata/properties"/>
    <ds:schemaRef ds:uri="http://schemas.microsoft.com/office/infopath/2007/PartnerControls"/>
    <ds:schemaRef ds:uri="edfc6a7b-b5b5-47be-937c-5d9bcfb9719a"/>
    <ds:schemaRef ds:uri="ca283e0b-db31-4043-a2ef-b80661bf084a"/>
    <ds:schemaRef ds:uri="c11dd348-d303-4953-9662-65877b951084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33E2234-3613-433E-8651-ADB58BAD483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0CA8B42-7D17-4169-BF99-B3D492EF99E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1570</TotalTime>
  <Pages>8</Pages>
  <Words>1359</Words>
  <Characters>10126</Characters>
  <Application>Microsoft Office Word</Application>
  <DocSecurity>0</DocSecurity>
  <Lines>194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Savich</dc:creator>
  <cp:keywords/>
  <dc:description>generated by python-docx</dc:description>
  <cp:lastModifiedBy>Andrei Savich</cp:lastModifiedBy>
  <cp:revision>118</cp:revision>
  <dcterms:created xsi:type="dcterms:W3CDTF">2026-08-03T09:30:00Z</dcterms:created>
  <dcterms:modified xsi:type="dcterms:W3CDTF">2026-08-12T21:25:00Z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0x0101009BA85F8052A6DA4FA3E31FF9F74C6970001C5FF0F3356326418989988EDD6036EC</vt:lpwstr>
  </property>
  <property fmtid="{D5CDD505-2E9C-101B-9397-08002B2CF9AE}" pid="3" name="_dlc_DocIdItemGuid">
    <vt:lpwstr>aac1dba9-a8f1-49ba-acf6-a2408fa2e3e9</vt:lpwstr>
  </property>
  <property fmtid="{D5CDD505-2E9C-101B-9397-08002B2CF9AE}" pid="4" name="TaxKeyword">
    <vt:lpwstr/>
  </property>
  <property fmtid="{D5CDD505-2E9C-101B-9397-08002B2CF9AE}" pid="5" name="SystemDTAC">
    <vt:lpwstr/>
  </property>
  <property fmtid="{D5CDD505-2E9C-101B-9397-08002B2CF9AE}" pid="6" name="Topic">
    <vt:lpwstr/>
  </property>
  <property fmtid="{D5CDD505-2E9C-101B-9397-08002B2CF9AE}" pid="7" name="MediaServiceImageTags">
    <vt:lpwstr/>
  </property>
  <property fmtid="{D5CDD505-2E9C-101B-9397-08002B2CF9AE}" pid="8" name="OfficeDivision">
    <vt:lpwstr/>
  </property>
  <property fmtid="{D5CDD505-2E9C-101B-9397-08002B2CF9AE}" pid="9" name="CriticalForLongTermRetention">
    <vt:lpwstr/>
  </property>
  <property fmtid="{D5CDD505-2E9C-101B-9397-08002B2CF9AE}" pid="10" name="DocumentType">
    <vt:lpwstr/>
  </property>
</Properties>
</file>